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12042" w:type="dxa"/>
        <w:jc w:val="center"/>
        <w:tblLayout w:type="fixed"/>
        <w:tblLook w:val="04A0" w:firstRow="1" w:lastRow="0" w:firstColumn="1" w:lastColumn="0" w:noHBand="0" w:noVBand="1"/>
      </w:tblPr>
      <w:tblGrid>
        <w:gridCol w:w="6570"/>
        <w:gridCol w:w="5472"/>
      </w:tblGrid>
      <w:tr w:rsidR="001027F3" w14:paraId="443E78F5" w14:textId="77777777" w:rsidTr="00265067">
        <w:trPr>
          <w:jc w:val="center"/>
        </w:trPr>
        <w:tc>
          <w:tcPr>
            <w:tcW w:w="6570" w:type="dxa"/>
          </w:tcPr>
          <w:p w14:paraId="0C8B971A" w14:textId="132200BA" w:rsidR="001027F3" w:rsidRDefault="00E33EC8" w:rsidP="00265067">
            <w:pPr>
              <w:ind w:left="618"/>
            </w:pPr>
            <w:r>
              <w:rPr>
                <w:noProof/>
              </w:rPr>
              <w:drawing>
                <wp:inline distT="0" distB="0" distL="0" distR="0" wp14:anchorId="0296686D" wp14:editId="1DE5A9D2">
                  <wp:extent cx="4132521" cy="1494155"/>
                  <wp:effectExtent l="0" t="0" r="0" b="4445"/>
                  <wp:docPr id="81372817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728171" name="Picture 813728171"/>
                          <pic:cNvPicPr/>
                        </pic:nvPicPr>
                        <pic:blipFill>
                          <a:blip r:embed="rId6"/>
                          <a:stretch>
                            <a:fillRect/>
                          </a:stretch>
                        </pic:blipFill>
                        <pic:spPr>
                          <a:xfrm>
                            <a:off x="0" y="0"/>
                            <a:ext cx="4169583" cy="1507555"/>
                          </a:xfrm>
                          <a:prstGeom prst="rect">
                            <a:avLst/>
                          </a:prstGeom>
                        </pic:spPr>
                      </pic:pic>
                    </a:graphicData>
                  </a:graphic>
                </wp:inline>
              </w:drawing>
            </w:r>
          </w:p>
        </w:tc>
        <w:tc>
          <w:tcPr>
            <w:tcW w:w="5472" w:type="dxa"/>
          </w:tcPr>
          <w:p w14:paraId="2EA5D47F" w14:textId="77777777" w:rsidR="00265067" w:rsidRPr="00265067" w:rsidRDefault="00265067" w:rsidP="00265067">
            <w:pPr>
              <w:ind w:left="987"/>
              <w:rPr>
                <w:sz w:val="4"/>
                <w:szCs w:val="4"/>
              </w:rPr>
            </w:pPr>
          </w:p>
          <w:p w14:paraId="75F62C42" w14:textId="2C3FDDE3" w:rsidR="001027F3" w:rsidRDefault="00E33EC8" w:rsidP="00E33EC8">
            <w:r>
              <w:t xml:space="preserve">                      Email: info@mitdj.com</w:t>
            </w:r>
          </w:p>
          <w:p w14:paraId="000CE5A7" w14:textId="77777777" w:rsidR="001027F3" w:rsidRDefault="00000000" w:rsidP="00265067">
            <w:pPr>
              <w:ind w:left="987"/>
            </w:pPr>
            <w:r>
              <w:t>Website: www.mitdj.com</w:t>
            </w:r>
          </w:p>
          <w:p w14:paraId="09D2ECF2" w14:textId="77777777" w:rsidR="001027F3" w:rsidRDefault="00000000" w:rsidP="00265067">
            <w:pPr>
              <w:ind w:left="987"/>
            </w:pPr>
            <w:r>
              <w:t>Phone: 616-334-3110</w:t>
            </w:r>
          </w:p>
          <w:p w14:paraId="7BD8B902" w14:textId="402C1509" w:rsidR="001027F3" w:rsidRDefault="00000000" w:rsidP="00265067">
            <w:pPr>
              <w:ind w:left="987"/>
            </w:pPr>
            <w:r>
              <w:t>Mail: PO Box 634</w:t>
            </w:r>
            <w:r w:rsidR="00265067">
              <w:t xml:space="preserve">6, </w:t>
            </w:r>
            <w:r>
              <w:t>Grand Rapids, MI 49516</w:t>
            </w:r>
          </w:p>
        </w:tc>
      </w:tr>
    </w:tbl>
    <w:p w14:paraId="5B5B0C43" w14:textId="124DE757" w:rsidR="00002F8F" w:rsidRDefault="001741BA" w:rsidP="001741BA">
      <w:pPr>
        <w:jc w:val="center"/>
      </w:pPr>
      <w:r>
        <w:rPr>
          <w:b/>
          <w:noProof/>
          <w:color w:val="B40000"/>
          <w:sz w:val="32"/>
        </w:rPr>
        <mc:AlternateContent>
          <mc:Choice Requires="wps">
            <w:drawing>
              <wp:anchor distT="0" distB="0" distL="114300" distR="114300" simplePos="0" relativeHeight="251711488" behindDoc="0" locked="0" layoutInCell="1" allowOverlap="1" wp14:anchorId="5A850518" wp14:editId="53FA2873">
                <wp:simplePos x="0" y="0"/>
                <wp:positionH relativeFrom="column">
                  <wp:posOffset>-469265</wp:posOffset>
                </wp:positionH>
                <wp:positionV relativeFrom="paragraph">
                  <wp:posOffset>-2185670</wp:posOffset>
                </wp:positionV>
                <wp:extent cx="3489325" cy="309880"/>
                <wp:effectExtent l="0" t="0" r="15875" b="7620"/>
                <wp:wrapNone/>
                <wp:docPr id="47089181" name="Text Box 1"/>
                <wp:cNvGraphicFramePr/>
                <a:graphic xmlns:a="http://schemas.openxmlformats.org/drawingml/2006/main">
                  <a:graphicData uri="http://schemas.microsoft.com/office/word/2010/wordprocessingShape">
                    <wps:wsp>
                      <wps:cNvSpPr txBox="1"/>
                      <wps:spPr>
                        <a:xfrm>
                          <a:off x="0" y="0"/>
                          <a:ext cx="3489325" cy="309880"/>
                        </a:xfrm>
                        <a:prstGeom prst="rect">
                          <a:avLst/>
                        </a:prstGeom>
                        <a:solidFill>
                          <a:schemeClr val="lt1"/>
                        </a:solidFill>
                        <a:ln w="6350">
                          <a:solidFill>
                            <a:prstClr val="black"/>
                          </a:solidFill>
                        </a:ln>
                      </wps:spPr>
                      <wps:txbx>
                        <w:txbxContent>
                          <w:p w14:paraId="51022EEA" w14:textId="77777777" w:rsidR="00812390" w:rsidRDefault="00812390" w:rsidP="0081239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850518" id="_x0000_t202" coordsize="21600,21600" o:spt="202" path="m,l,21600r21600,l21600,xe">
                <v:stroke joinstyle="miter"/>
                <v:path gradientshapeok="t" o:connecttype="rect"/>
              </v:shapetype>
              <v:shape id="Text Box 1" o:spid="_x0000_s1026" type="#_x0000_t202" style="position:absolute;left:0;text-align:left;margin-left:-36.95pt;margin-top:-172.1pt;width:274.75pt;height:24.4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" fillcolor="white [3201]" strokeweight=".5pt">
                <v:textbox>
                  <w:txbxContent>
                    <w:p w14:paraId="51022EEA" w14:textId="77777777" w:rsidR="00812390" w:rsidRDefault="00812390" w:rsidP="00812390"/>
                  </w:txbxContent>
                </v:textbox>
              </v:shape>
            </w:pict>
          </mc:Fallback>
        </mc:AlternateContent>
      </w:r>
      <w:r>
        <w:rPr>
          <w:i/>
        </w:rPr>
        <w:t xml:space="preserve">PLEASE FILL OUT FORM AND RETURN TO  </w:t>
      </w:r>
      <w:r w:rsidRPr="001741BA">
        <w:rPr>
          <w:b/>
          <w:bCs/>
          <w:iCs/>
          <w:sz w:val="24"/>
          <w:szCs w:val="24"/>
        </w:rPr>
        <w:t>info@mitdj.com</w:t>
      </w:r>
    </w:p>
    <w:p w14:paraId="165537E0" w14:textId="77777777" w:rsidR="001741BA" w:rsidRPr="001741BA" w:rsidRDefault="001741BA" w:rsidP="001741BA">
      <w:pPr>
        <w:jc w:val="center"/>
        <w:rPr>
          <w:sz w:val="10"/>
          <w:szCs w:val="10"/>
        </w:rPr>
      </w:pPr>
    </w:p>
    <w:p w14:paraId="161A6A47" w14:textId="4402A159" w:rsidR="001027F3" w:rsidRDefault="00000000">
      <w:pPr>
        <w:pBdr>
          <w:bottom w:val="single" w:sz="8" w:space="0" w:color="CC0000"/>
        </w:pBdr>
      </w:pPr>
      <w:r>
        <w:rPr>
          <w:b/>
          <w:color w:val="B40000"/>
          <w:sz w:val="32"/>
        </w:rPr>
        <w:t>CUSTOMER INFORMATION:</w:t>
      </w:r>
    </w:p>
    <w:tbl>
      <w:tblPr>
        <w:tblW w:w="0" w:type="auto"/>
        <w:tblLayout w:type="fixed"/>
        <w:tblLook w:val="04A0" w:firstRow="1" w:lastRow="0" w:firstColumn="1" w:lastColumn="0" w:noHBand="0" w:noVBand="1"/>
      </w:tblPr>
      <w:tblGrid>
        <w:gridCol w:w="5472"/>
      </w:tblGrid>
      <w:tr w:rsidR="001741BA" w14:paraId="73E32B13" w14:textId="77777777">
        <w:tc>
          <w:tcPr>
            <w:tcW w:w="5472" w:type="dxa"/>
          </w:tcPr>
          <w:p w14:paraId="0E6BF1EC" w14:textId="0BF07496" w:rsidR="001741BA" w:rsidRDefault="001741BA">
            <w:r>
              <w:rPr>
                <w:noProof/>
              </w:rPr>
              <mc:AlternateContent>
                <mc:Choice Requires="wps">
                  <w:drawing>
                    <wp:anchor distT="0" distB="0" distL="114300" distR="114300" simplePos="0" relativeHeight="251672576" behindDoc="0" locked="0" layoutInCell="1" allowOverlap="1" wp14:anchorId="37384323" wp14:editId="1878B026">
                      <wp:simplePos x="0" y="0"/>
                      <wp:positionH relativeFrom="column">
                        <wp:posOffset>1068194</wp:posOffset>
                      </wp:positionH>
                      <wp:positionV relativeFrom="paragraph">
                        <wp:posOffset>-57131</wp:posOffset>
                      </wp:positionV>
                      <wp:extent cx="3482008" cy="286468"/>
                      <wp:effectExtent l="0" t="0" r="10795" b="18415"/>
                      <wp:wrapNone/>
                      <wp:docPr id="617538146" name="Text Box 2"/>
                      <wp:cNvGraphicFramePr/>
                      <a:graphic xmlns:a="http://schemas.openxmlformats.org/drawingml/2006/main">
                        <a:graphicData uri="http://schemas.microsoft.com/office/word/2010/wordprocessingShape">
                          <wps:wsp>
                            <wps:cNvSpPr txBox="1"/>
                            <wps:spPr>
                              <a:xfrm>
                                <a:off x="0" y="0"/>
                                <a:ext cx="3482008" cy="286468"/>
                              </a:xfrm>
                              <a:prstGeom prst="rect">
                                <a:avLst/>
                              </a:prstGeom>
                              <a:solidFill>
                                <a:schemeClr val="lt1"/>
                              </a:solidFill>
                              <a:ln w="6350">
                                <a:solidFill>
                                  <a:prstClr val="black"/>
                                </a:solidFill>
                              </a:ln>
                            </wps:spPr>
                            <wps:txbx>
                              <w:txbxContent>
                                <w:p w14:paraId="1B0FE210" w14:textId="77777777" w:rsidR="00812390" w:rsidRDefault="0081239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384323" id="Text Box 2" o:spid="_x0000_s1027" type="#_x0000_t202" style="position:absolute;margin-left:84.1pt;margin-top:-4.5pt;width:274.15pt;height:22.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" fillcolor="white [3201]" strokeweight=".5pt">
                      <v:textbox>
                        <w:txbxContent>
                          <w:p w14:paraId="1B0FE210" w14:textId="77777777" w:rsidR="00812390" w:rsidRDefault="00812390"/>
                        </w:txbxContent>
                      </v:textbox>
                    </v:shape>
                  </w:pict>
                </mc:Fallback>
              </mc:AlternateContent>
            </w:r>
            <w:r>
              <w:t>Name Of Contact:</w:t>
            </w:r>
          </w:p>
        </w:tc>
      </w:tr>
      <w:tr w:rsidR="001741BA" w14:paraId="2817A20D" w14:textId="77777777">
        <w:tc>
          <w:tcPr>
            <w:tcW w:w="5472" w:type="dxa"/>
          </w:tcPr>
          <w:p w14:paraId="6CF874A8" w14:textId="5D22D002" w:rsidR="001741BA" w:rsidRDefault="001741BA">
            <w:r>
              <w:rPr>
                <w:noProof/>
              </w:rPr>
              <mc:AlternateContent>
                <mc:Choice Requires="wps">
                  <w:drawing>
                    <wp:anchor distT="0" distB="0" distL="114300" distR="114300" simplePos="0" relativeHeight="251776000" behindDoc="0" locked="0" layoutInCell="1" allowOverlap="1" wp14:anchorId="210CCCAB" wp14:editId="6A0A80F6">
                      <wp:simplePos x="0" y="0"/>
                      <wp:positionH relativeFrom="column">
                        <wp:posOffset>1068195</wp:posOffset>
                      </wp:positionH>
                      <wp:positionV relativeFrom="paragraph">
                        <wp:posOffset>-64980</wp:posOffset>
                      </wp:positionV>
                      <wp:extent cx="3481705" cy="302150"/>
                      <wp:effectExtent l="0" t="0" r="10795" b="15875"/>
                      <wp:wrapNone/>
                      <wp:docPr id="727266608" name="Text Box 3"/>
                      <wp:cNvGraphicFramePr/>
                      <a:graphic xmlns:a="http://schemas.openxmlformats.org/drawingml/2006/main">
                        <a:graphicData uri="http://schemas.microsoft.com/office/word/2010/wordprocessingShape">
                          <wps:wsp>
                            <wps:cNvSpPr txBox="1"/>
                            <wps:spPr>
                              <a:xfrm>
                                <a:off x="0" y="0"/>
                                <a:ext cx="3481705" cy="302150"/>
                              </a:xfrm>
                              <a:prstGeom prst="rect">
                                <a:avLst/>
                              </a:prstGeom>
                              <a:solidFill>
                                <a:schemeClr val="lt1"/>
                              </a:solidFill>
                              <a:ln w="6350">
                                <a:solidFill>
                                  <a:prstClr val="black"/>
                                </a:solidFill>
                              </a:ln>
                            </wps:spPr>
                            <wps:txbx>
                              <w:txbxContent>
                                <w:p w14:paraId="369410AB" w14:textId="77777777" w:rsidR="001741BA" w:rsidRDefault="001741B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0CCCAB" id="Text Box 3" o:spid="_x0000_s1028" type="#_x0000_t202" style="position:absolute;margin-left:84.1pt;margin-top:-5.1pt;width:274.15pt;height:23.8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" fillcolor="white [3201]" strokeweight=".5pt">
                      <v:textbox>
                        <w:txbxContent>
                          <w:p w14:paraId="369410AB" w14:textId="77777777" w:rsidR="001741BA" w:rsidRDefault="001741BA"/>
                        </w:txbxContent>
                      </v:textbox>
                    </v:shape>
                  </w:pict>
                </mc:Fallback>
              </mc:AlternateContent>
            </w:r>
            <w:r>
              <w:t>Email:</w:t>
            </w:r>
          </w:p>
        </w:tc>
      </w:tr>
      <w:tr w:rsidR="001741BA" w14:paraId="3C7E1BE0" w14:textId="77777777">
        <w:tc>
          <w:tcPr>
            <w:tcW w:w="5472" w:type="dxa"/>
          </w:tcPr>
          <w:p w14:paraId="2DB08C90" w14:textId="7B010F92" w:rsidR="001741BA" w:rsidRDefault="001741BA">
            <w:r>
              <w:rPr>
                <w:b/>
                <w:noProof/>
                <w:color w:val="B40000"/>
                <w:sz w:val="32"/>
              </w:rPr>
              <mc:AlternateContent>
                <mc:Choice Requires="wps">
                  <w:drawing>
                    <wp:anchor distT="0" distB="0" distL="114300" distR="114300" simplePos="0" relativeHeight="251779072" behindDoc="0" locked="0" layoutInCell="1" allowOverlap="1" wp14:anchorId="72BF555D" wp14:editId="6E628771">
                      <wp:simplePos x="0" y="0"/>
                      <wp:positionH relativeFrom="column">
                        <wp:posOffset>1065936</wp:posOffset>
                      </wp:positionH>
                      <wp:positionV relativeFrom="paragraph">
                        <wp:posOffset>249660</wp:posOffset>
                      </wp:positionV>
                      <wp:extent cx="3481705" cy="293435"/>
                      <wp:effectExtent l="0" t="0" r="10795" b="11430"/>
                      <wp:wrapNone/>
                      <wp:docPr id="1399442652" name="Text Box 20"/>
                      <wp:cNvGraphicFramePr/>
                      <a:graphic xmlns:a="http://schemas.openxmlformats.org/drawingml/2006/main">
                        <a:graphicData uri="http://schemas.microsoft.com/office/word/2010/wordprocessingShape">
                          <wps:wsp>
                            <wps:cNvSpPr txBox="1"/>
                            <wps:spPr>
                              <a:xfrm>
                                <a:off x="0" y="0"/>
                                <a:ext cx="3481705" cy="293435"/>
                              </a:xfrm>
                              <a:prstGeom prst="rect">
                                <a:avLst/>
                              </a:prstGeom>
                              <a:solidFill>
                                <a:schemeClr val="lt1"/>
                              </a:solidFill>
                              <a:ln w="6350">
                                <a:solidFill>
                                  <a:prstClr val="black"/>
                                </a:solidFill>
                              </a:ln>
                            </wps:spPr>
                            <wps:txbx>
                              <w:txbxContent>
                                <w:p w14:paraId="72DCB780" w14:textId="77777777" w:rsidR="001741BA" w:rsidRDefault="001741B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2BF555D" id="Text Box 20" o:spid="_x0000_s1029" type="#_x0000_t202" style="position:absolute;margin-left:83.95pt;margin-top:19.65pt;width:274.15pt;height:23.1pt;z-index:251779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" fillcolor="white [3201]" strokeweight=".5pt">
                      <v:textbox>
                        <w:txbxContent>
                          <w:p w14:paraId="72DCB780" w14:textId="77777777" w:rsidR="001741BA" w:rsidRDefault="001741BA"/>
                        </w:txbxContent>
                      </v:textbox>
                    </v:shape>
                  </w:pict>
                </mc:Fallback>
              </mc:AlternateContent>
            </w:r>
            <w:r>
              <w:rPr>
                <w:b/>
                <w:noProof/>
                <w:color w:val="B40000"/>
                <w:sz w:val="32"/>
              </w:rPr>
              <mc:AlternateContent>
                <mc:Choice Requires="wps">
                  <w:drawing>
                    <wp:anchor distT="0" distB="0" distL="114300" distR="114300" simplePos="0" relativeHeight="251778048" behindDoc="0" locked="0" layoutInCell="1" allowOverlap="1" wp14:anchorId="16D7F3D6" wp14:editId="717CD940">
                      <wp:simplePos x="0" y="0"/>
                      <wp:positionH relativeFrom="column">
                        <wp:posOffset>1065229</wp:posOffset>
                      </wp:positionH>
                      <wp:positionV relativeFrom="paragraph">
                        <wp:posOffset>-59769</wp:posOffset>
                      </wp:positionV>
                      <wp:extent cx="3481705" cy="309880"/>
                      <wp:effectExtent l="0" t="0" r="10795" b="7620"/>
                      <wp:wrapNone/>
                      <wp:docPr id="330473620" name="Text Box 1"/>
                      <wp:cNvGraphicFramePr/>
                      <a:graphic xmlns:a="http://schemas.openxmlformats.org/drawingml/2006/main">
                        <a:graphicData uri="http://schemas.microsoft.com/office/word/2010/wordprocessingShape">
                          <wps:wsp>
                            <wps:cNvSpPr txBox="1"/>
                            <wps:spPr>
                              <a:xfrm>
                                <a:off x="0" y="0"/>
                                <a:ext cx="3481705" cy="309880"/>
                              </a:xfrm>
                              <a:prstGeom prst="rect">
                                <a:avLst/>
                              </a:prstGeom>
                              <a:solidFill>
                                <a:schemeClr val="lt1"/>
                              </a:solidFill>
                              <a:ln w="6350">
                                <a:solidFill>
                                  <a:prstClr val="black"/>
                                </a:solidFill>
                              </a:ln>
                            </wps:spPr>
                            <wps:txbx>
                              <w:txbxContent>
                                <w:p w14:paraId="7EE7C8EA" w14:textId="77777777" w:rsidR="001741BA" w:rsidRDefault="001741BA" w:rsidP="001741B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D7F3D6" id="_x0000_s1030" type="#_x0000_t202" style="position:absolute;margin-left:83.9pt;margin-top:-4.7pt;width:274.15pt;height:24.4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" fillcolor="white [3201]" strokeweight=".5pt">
                      <v:textbox>
                        <w:txbxContent>
                          <w:p w14:paraId="7EE7C8EA" w14:textId="77777777" w:rsidR="001741BA" w:rsidRDefault="001741BA" w:rsidP="001741BA"/>
                        </w:txbxContent>
                      </v:textbox>
                    </v:shape>
                  </w:pict>
                </mc:Fallback>
              </mc:AlternateContent>
            </w:r>
            <w:r>
              <w:t>Phone:</w:t>
            </w:r>
          </w:p>
        </w:tc>
      </w:tr>
      <w:tr w:rsidR="001741BA" w14:paraId="077B37C9" w14:textId="77777777">
        <w:tc>
          <w:tcPr>
            <w:tcW w:w="5472" w:type="dxa"/>
          </w:tcPr>
          <w:p w14:paraId="4D00460D" w14:textId="77777777" w:rsidR="001741BA" w:rsidRDefault="001741BA">
            <w:r>
              <w:t>Address:</w:t>
            </w:r>
          </w:p>
        </w:tc>
      </w:tr>
    </w:tbl>
    <w:p w14:paraId="0CA0F679" w14:textId="77777777" w:rsidR="004A1A29" w:rsidRPr="004A1A29" w:rsidRDefault="004A1A29">
      <w:pPr>
        <w:pBdr>
          <w:bottom w:val="single" w:sz="8" w:space="0" w:color="CC0000"/>
        </w:pBdr>
        <w:rPr>
          <w:b/>
          <w:color w:val="B40000"/>
          <w:sz w:val="16"/>
          <w:szCs w:val="16"/>
        </w:rPr>
      </w:pPr>
    </w:p>
    <w:p w14:paraId="1D17D6B7" w14:textId="5DC5E9A3" w:rsidR="001027F3" w:rsidRDefault="00000000">
      <w:pPr>
        <w:pBdr>
          <w:bottom w:val="single" w:sz="8" w:space="0" w:color="CC0000"/>
        </w:pBdr>
      </w:pPr>
      <w:r>
        <w:rPr>
          <w:b/>
          <w:color w:val="B40000"/>
          <w:sz w:val="32"/>
        </w:rPr>
        <w:t>EVENT INFORMATION:</w:t>
      </w:r>
    </w:p>
    <w:tbl>
      <w:tblPr>
        <w:tblW w:w="0" w:type="auto"/>
        <w:tblLook w:val="04A0" w:firstRow="1" w:lastRow="0" w:firstColumn="1" w:lastColumn="0" w:noHBand="0" w:noVBand="1"/>
      </w:tblPr>
      <w:tblGrid>
        <w:gridCol w:w="5472"/>
        <w:gridCol w:w="5472"/>
      </w:tblGrid>
      <w:tr w:rsidR="001741BA" w14:paraId="69870005" w14:textId="77777777" w:rsidTr="00812390">
        <w:trPr>
          <w:gridAfter w:val="1"/>
          <w:wAfter w:w="5472" w:type="dxa"/>
        </w:trPr>
        <w:tc>
          <w:tcPr>
            <w:tcW w:w="5472" w:type="dxa"/>
          </w:tcPr>
          <w:p w14:paraId="3694E2E7" w14:textId="2D59A908" w:rsidR="001741BA" w:rsidRDefault="001741BA">
            <w:r>
              <w:rPr>
                <w:b/>
                <w:noProof/>
                <w:color w:val="B40000"/>
                <w:sz w:val="32"/>
              </w:rPr>
              <mc:AlternateContent>
                <mc:Choice Requires="wps">
                  <w:drawing>
                    <wp:anchor distT="0" distB="0" distL="114300" distR="114300" simplePos="0" relativeHeight="251700224" behindDoc="0" locked="0" layoutInCell="1" allowOverlap="1" wp14:anchorId="19F9D42D" wp14:editId="68256A58">
                      <wp:simplePos x="0" y="0"/>
                      <wp:positionH relativeFrom="column">
                        <wp:posOffset>1377950</wp:posOffset>
                      </wp:positionH>
                      <wp:positionV relativeFrom="paragraph">
                        <wp:posOffset>545465</wp:posOffset>
                      </wp:positionV>
                      <wp:extent cx="3489960" cy="309880"/>
                      <wp:effectExtent l="0" t="0" r="15240" b="7620"/>
                      <wp:wrapNone/>
                      <wp:docPr id="2089543220" name="Text Box 1"/>
                      <wp:cNvGraphicFramePr/>
                      <a:graphic xmlns:a="http://schemas.openxmlformats.org/drawingml/2006/main">
                        <a:graphicData uri="http://schemas.microsoft.com/office/word/2010/wordprocessingShape">
                          <wps:wsp>
                            <wps:cNvSpPr txBox="1"/>
                            <wps:spPr>
                              <a:xfrm>
                                <a:off x="0" y="0"/>
                                <a:ext cx="3489960" cy="309880"/>
                              </a:xfrm>
                              <a:prstGeom prst="rect">
                                <a:avLst/>
                              </a:prstGeom>
                              <a:solidFill>
                                <a:schemeClr val="lt1"/>
                              </a:solidFill>
                              <a:ln w="6350">
                                <a:solidFill>
                                  <a:prstClr val="black"/>
                                </a:solidFill>
                              </a:ln>
                            </wps:spPr>
                            <wps:txbx>
                              <w:txbxContent>
                                <w:p w14:paraId="015C67AE" w14:textId="77777777" w:rsidR="00812390" w:rsidRDefault="00812390" w:rsidP="0081239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F9D42D" id="_x0000_s1031" type="#_x0000_t202" style="position:absolute;margin-left:108.5pt;margin-top:42.95pt;width:274.8pt;height:24.4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" fillcolor="white [3201]" strokeweight=".5pt">
                      <v:textbox>
                        <w:txbxContent>
                          <w:p w14:paraId="015C67AE" w14:textId="77777777" w:rsidR="00812390" w:rsidRDefault="00812390" w:rsidP="00812390"/>
                        </w:txbxContent>
                      </v:textbox>
                    </v:shape>
                  </w:pict>
                </mc:Fallback>
              </mc:AlternateContent>
            </w:r>
            <w:r>
              <w:rPr>
                <w:noProof/>
              </w:rPr>
              <mc:AlternateContent>
                <mc:Choice Requires="wps">
                  <w:drawing>
                    <wp:anchor distT="0" distB="0" distL="114300" distR="114300" simplePos="0" relativeHeight="251731968" behindDoc="0" locked="0" layoutInCell="1" allowOverlap="1" wp14:anchorId="08A05F5A" wp14:editId="73582AB5">
                      <wp:simplePos x="0" y="0"/>
                      <wp:positionH relativeFrom="column">
                        <wp:posOffset>1375410</wp:posOffset>
                      </wp:positionH>
                      <wp:positionV relativeFrom="paragraph">
                        <wp:posOffset>243840</wp:posOffset>
                      </wp:positionV>
                      <wp:extent cx="3489325" cy="301625"/>
                      <wp:effectExtent l="0" t="0" r="15875" b="15875"/>
                      <wp:wrapNone/>
                      <wp:docPr id="919735712" name="Text Box 3"/>
                      <wp:cNvGraphicFramePr/>
                      <a:graphic xmlns:a="http://schemas.openxmlformats.org/drawingml/2006/main">
                        <a:graphicData uri="http://schemas.microsoft.com/office/word/2010/wordprocessingShape">
                          <wps:wsp>
                            <wps:cNvSpPr txBox="1"/>
                            <wps:spPr>
                              <a:xfrm>
                                <a:off x="0" y="0"/>
                                <a:ext cx="3489325" cy="301625"/>
                              </a:xfrm>
                              <a:prstGeom prst="rect">
                                <a:avLst/>
                              </a:prstGeom>
                              <a:solidFill>
                                <a:schemeClr val="lt1"/>
                              </a:solidFill>
                              <a:ln w="6350">
                                <a:solidFill>
                                  <a:prstClr val="black"/>
                                </a:solidFill>
                              </a:ln>
                            </wps:spPr>
                            <wps:txbx>
                              <w:txbxContent>
                                <w:p w14:paraId="5DC9E8BF" w14:textId="77777777" w:rsidR="00812390" w:rsidRDefault="00812390" w:rsidP="0081239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A05F5A" id="_x0000_s1032" type="#_x0000_t202" style="position:absolute;margin-left:108.3pt;margin-top:19.2pt;width:274.75pt;height:23.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" fillcolor="white [3201]" strokeweight=".5pt">
                      <v:textbox>
                        <w:txbxContent>
                          <w:p w14:paraId="5DC9E8BF" w14:textId="77777777" w:rsidR="00812390" w:rsidRDefault="00812390" w:rsidP="00812390"/>
                        </w:txbxContent>
                      </v:textbox>
                    </v:shape>
                  </w:pict>
                </mc:Fallback>
              </mc:AlternateContent>
            </w:r>
            <w:r>
              <w:rPr>
                <w:noProof/>
              </w:rPr>
              <mc:AlternateContent>
                <mc:Choice Requires="wps">
                  <w:drawing>
                    <wp:anchor distT="0" distB="0" distL="114300" distR="114300" simplePos="0" relativeHeight="251720704" behindDoc="0" locked="0" layoutInCell="1" allowOverlap="1" wp14:anchorId="64998611" wp14:editId="186B6867">
                      <wp:simplePos x="0" y="0"/>
                      <wp:positionH relativeFrom="column">
                        <wp:posOffset>1375429</wp:posOffset>
                      </wp:positionH>
                      <wp:positionV relativeFrom="paragraph">
                        <wp:posOffset>-41910</wp:posOffset>
                      </wp:positionV>
                      <wp:extent cx="3489960" cy="286385"/>
                      <wp:effectExtent l="0" t="0" r="15240" b="18415"/>
                      <wp:wrapNone/>
                      <wp:docPr id="80654110" name="Text Box 2"/>
                      <wp:cNvGraphicFramePr/>
                      <a:graphic xmlns:a="http://schemas.openxmlformats.org/drawingml/2006/main">
                        <a:graphicData uri="http://schemas.microsoft.com/office/word/2010/wordprocessingShape">
                          <wps:wsp>
                            <wps:cNvSpPr txBox="1"/>
                            <wps:spPr>
                              <a:xfrm>
                                <a:off x="0" y="0"/>
                                <a:ext cx="3489960" cy="286385"/>
                              </a:xfrm>
                              <a:prstGeom prst="rect">
                                <a:avLst/>
                              </a:prstGeom>
                              <a:solidFill>
                                <a:schemeClr val="lt1"/>
                              </a:solidFill>
                              <a:ln w="6350">
                                <a:solidFill>
                                  <a:prstClr val="black"/>
                                </a:solidFill>
                              </a:ln>
                            </wps:spPr>
                            <wps:txbx>
                              <w:txbxContent>
                                <w:p w14:paraId="5BCEA365" w14:textId="77777777" w:rsidR="00812390" w:rsidRDefault="00812390" w:rsidP="0081239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998611" id="_x0000_s1033" type="#_x0000_t202" style="position:absolute;margin-left:108.3pt;margin-top:-3.3pt;width:274.8pt;height:22.5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" fillcolor="white [3201]" strokeweight=".5pt">
                      <v:textbox>
                        <w:txbxContent>
                          <w:p w14:paraId="5BCEA365" w14:textId="77777777" w:rsidR="00812390" w:rsidRDefault="00812390" w:rsidP="00812390"/>
                        </w:txbxContent>
                      </v:textbox>
                    </v:shape>
                  </w:pict>
                </mc:Fallback>
              </mc:AlternateContent>
            </w:r>
            <w:r>
              <w:t>Event Type:</w:t>
            </w:r>
          </w:p>
        </w:tc>
      </w:tr>
      <w:tr w:rsidR="001741BA" w14:paraId="74109CB8" w14:textId="77777777" w:rsidTr="00812390">
        <w:trPr>
          <w:gridAfter w:val="1"/>
          <w:wAfter w:w="5472" w:type="dxa"/>
        </w:trPr>
        <w:tc>
          <w:tcPr>
            <w:tcW w:w="5472" w:type="dxa"/>
          </w:tcPr>
          <w:p w14:paraId="7B18A6C4" w14:textId="42EED7CB" w:rsidR="001741BA" w:rsidRDefault="001741BA">
            <w:r>
              <w:t>Date:</w:t>
            </w:r>
          </w:p>
        </w:tc>
      </w:tr>
      <w:tr w:rsidR="001741BA" w14:paraId="6BA6EC20" w14:textId="77777777" w:rsidTr="00812390">
        <w:trPr>
          <w:gridAfter w:val="1"/>
          <w:wAfter w:w="5472" w:type="dxa"/>
        </w:trPr>
        <w:tc>
          <w:tcPr>
            <w:tcW w:w="5472" w:type="dxa"/>
          </w:tcPr>
          <w:p w14:paraId="3C592F50" w14:textId="10F27FB2" w:rsidR="001741BA" w:rsidRDefault="001741BA">
            <w:r>
              <w:t>Location:</w:t>
            </w:r>
          </w:p>
        </w:tc>
      </w:tr>
      <w:tr w:rsidR="001741BA" w14:paraId="4F30F813" w14:textId="77777777" w:rsidTr="00812390">
        <w:trPr>
          <w:gridAfter w:val="1"/>
          <w:wAfter w:w="5472" w:type="dxa"/>
        </w:trPr>
        <w:tc>
          <w:tcPr>
            <w:tcW w:w="5472" w:type="dxa"/>
          </w:tcPr>
          <w:p w14:paraId="7DBD7624" w14:textId="78FFFE74" w:rsidR="001741BA" w:rsidRDefault="001741BA">
            <w:r>
              <w:rPr>
                <w:noProof/>
              </w:rPr>
              <mc:AlternateContent>
                <mc:Choice Requires="wps">
                  <w:drawing>
                    <wp:anchor distT="0" distB="0" distL="114300" distR="114300" simplePos="0" relativeHeight="251767808" behindDoc="0" locked="0" layoutInCell="1" allowOverlap="1" wp14:anchorId="1C094E52" wp14:editId="0985EDDF">
                      <wp:simplePos x="0" y="0"/>
                      <wp:positionH relativeFrom="column">
                        <wp:posOffset>1373858</wp:posOffset>
                      </wp:positionH>
                      <wp:positionV relativeFrom="paragraph">
                        <wp:posOffset>-42624</wp:posOffset>
                      </wp:positionV>
                      <wp:extent cx="3489960" cy="285750"/>
                      <wp:effectExtent l="0" t="0" r="15240" b="19050"/>
                      <wp:wrapNone/>
                      <wp:docPr id="138227675" name="Text Box 4"/>
                      <wp:cNvGraphicFramePr/>
                      <a:graphic xmlns:a="http://schemas.openxmlformats.org/drawingml/2006/main">
                        <a:graphicData uri="http://schemas.microsoft.com/office/word/2010/wordprocessingShape">
                          <wps:wsp>
                            <wps:cNvSpPr txBox="1"/>
                            <wps:spPr>
                              <a:xfrm>
                                <a:off x="0" y="0"/>
                                <a:ext cx="3489960" cy="285750"/>
                              </a:xfrm>
                              <a:prstGeom prst="rect">
                                <a:avLst/>
                              </a:prstGeom>
                              <a:solidFill>
                                <a:schemeClr val="lt1"/>
                              </a:solidFill>
                              <a:ln w="6350">
                                <a:solidFill>
                                  <a:prstClr val="black"/>
                                </a:solidFill>
                              </a:ln>
                            </wps:spPr>
                            <wps:txbx>
                              <w:txbxContent>
                                <w:p w14:paraId="2F0B72AE" w14:textId="77777777" w:rsidR="001741BA" w:rsidRDefault="001741B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C094E52" id="Text Box 4" o:spid="_x0000_s1034" type="#_x0000_t202" style="position:absolute;margin-left:108.2pt;margin-top:-3.35pt;width:274.8pt;height:22.5pt;z-index:251767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" fillcolor="white [3201]" strokeweight=".5pt">
                      <v:textbox>
                        <w:txbxContent>
                          <w:p w14:paraId="2F0B72AE" w14:textId="77777777" w:rsidR="001741BA" w:rsidRDefault="001741BA"/>
                        </w:txbxContent>
                      </v:textbox>
                    </v:shape>
                  </w:pict>
                </mc:Fallback>
              </mc:AlternateContent>
            </w:r>
            <w:r>
              <w:t>Number Of Guests:</w:t>
            </w:r>
          </w:p>
        </w:tc>
      </w:tr>
      <w:tr w:rsidR="001741BA" w14:paraId="6751DDEC" w14:textId="77777777" w:rsidTr="00E33EC8">
        <w:trPr>
          <w:gridAfter w:val="1"/>
          <w:wAfter w:w="5472" w:type="dxa"/>
          <w:trHeight w:val="459"/>
        </w:trPr>
        <w:tc>
          <w:tcPr>
            <w:tcW w:w="5472" w:type="dxa"/>
          </w:tcPr>
          <w:p w14:paraId="24A9DCA7" w14:textId="0FD198E9" w:rsidR="001741BA" w:rsidRDefault="001741BA">
            <w:r>
              <w:rPr>
                <w:noProof/>
              </w:rPr>
              <mc:AlternateContent>
                <mc:Choice Requires="wps">
                  <w:drawing>
                    <wp:anchor distT="0" distB="0" distL="114300" distR="114300" simplePos="0" relativeHeight="251771904" behindDoc="0" locked="0" layoutInCell="1" allowOverlap="1" wp14:anchorId="55C2338E" wp14:editId="47DDA334">
                      <wp:simplePos x="0" y="0"/>
                      <wp:positionH relativeFrom="column">
                        <wp:posOffset>1375678</wp:posOffset>
                      </wp:positionH>
                      <wp:positionV relativeFrom="paragraph">
                        <wp:posOffset>-49772</wp:posOffset>
                      </wp:positionV>
                      <wp:extent cx="3489960" cy="285750"/>
                      <wp:effectExtent l="0" t="0" r="15240" b="19050"/>
                      <wp:wrapNone/>
                      <wp:docPr id="1830159155" name="Text Box 6"/>
                      <wp:cNvGraphicFramePr/>
                      <a:graphic xmlns:a="http://schemas.openxmlformats.org/drawingml/2006/main">
                        <a:graphicData uri="http://schemas.microsoft.com/office/word/2010/wordprocessingShape">
                          <wps:wsp>
                            <wps:cNvSpPr txBox="1"/>
                            <wps:spPr>
                              <a:xfrm flipH="1">
                                <a:off x="0" y="0"/>
                                <a:ext cx="3489960" cy="285750"/>
                              </a:xfrm>
                              <a:prstGeom prst="rect">
                                <a:avLst/>
                              </a:prstGeom>
                              <a:solidFill>
                                <a:schemeClr val="lt1"/>
                              </a:solidFill>
                              <a:ln w="6350">
                                <a:solidFill>
                                  <a:prstClr val="black"/>
                                </a:solidFill>
                              </a:ln>
                            </wps:spPr>
                            <wps:txbx>
                              <w:txbxContent>
                                <w:p w14:paraId="0EDFF5E8" w14:textId="77777777" w:rsidR="001741BA" w:rsidRDefault="001741BA" w:rsidP="001741B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C2338E" id="Text Box 6" o:spid="_x0000_s1035" type="#_x0000_t202" style="position:absolute;margin-left:108.3pt;margin-top:-3.9pt;width:274.8pt;height:22.5pt;flip:x;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" fillcolor="white [3201]" strokeweight=".5pt">
                      <v:textbox>
                        <w:txbxContent>
                          <w:p w14:paraId="0EDFF5E8" w14:textId="77777777" w:rsidR="001741BA" w:rsidRDefault="001741BA" w:rsidP="001741BA"/>
                        </w:txbxContent>
                      </v:textbox>
                    </v:shape>
                  </w:pict>
                </mc:Fallback>
              </mc:AlternateContent>
            </w:r>
            <w:r>
              <w:t>Start and End Times:</w:t>
            </w:r>
          </w:p>
        </w:tc>
      </w:tr>
      <w:tr w:rsidR="001027F3" w14:paraId="220CA58B" w14:textId="77777777" w:rsidTr="00812390">
        <w:trPr>
          <w:trHeight w:val="378"/>
        </w:trPr>
        <w:tc>
          <w:tcPr>
            <w:tcW w:w="5472" w:type="dxa"/>
          </w:tcPr>
          <w:p w14:paraId="4ABB81C6" w14:textId="1B55E4B8" w:rsidR="001027F3" w:rsidRDefault="001741BA">
            <w:r>
              <w:rPr>
                <w:noProof/>
              </w:rPr>
              <mc:AlternateContent>
                <mc:Choice Requires="wps">
                  <w:drawing>
                    <wp:anchor distT="0" distB="0" distL="114300" distR="114300" simplePos="0" relativeHeight="251769856" behindDoc="0" locked="0" layoutInCell="1" allowOverlap="1" wp14:anchorId="2CAE4064" wp14:editId="72F9E5E5">
                      <wp:simplePos x="0" y="0"/>
                      <wp:positionH relativeFrom="column">
                        <wp:posOffset>1377138</wp:posOffset>
                      </wp:positionH>
                      <wp:positionV relativeFrom="paragraph">
                        <wp:posOffset>-63729</wp:posOffset>
                      </wp:positionV>
                      <wp:extent cx="3489325" cy="278130"/>
                      <wp:effectExtent l="0" t="0" r="15875" b="13970"/>
                      <wp:wrapNone/>
                      <wp:docPr id="1447572880" name="Text Box 9"/>
                      <wp:cNvGraphicFramePr/>
                      <a:graphic xmlns:a="http://schemas.openxmlformats.org/drawingml/2006/main">
                        <a:graphicData uri="http://schemas.microsoft.com/office/word/2010/wordprocessingShape">
                          <wps:wsp>
                            <wps:cNvSpPr txBox="1"/>
                            <wps:spPr>
                              <a:xfrm>
                                <a:off x="0" y="0"/>
                                <a:ext cx="3489325" cy="278130"/>
                              </a:xfrm>
                              <a:prstGeom prst="rect">
                                <a:avLst/>
                              </a:prstGeom>
                              <a:solidFill>
                                <a:schemeClr val="lt1"/>
                              </a:solidFill>
                              <a:ln w="6350">
                                <a:solidFill>
                                  <a:prstClr val="black"/>
                                </a:solidFill>
                              </a:ln>
                            </wps:spPr>
                            <wps:txbx>
                              <w:txbxContent>
                                <w:p w14:paraId="1499F15D" w14:textId="77777777" w:rsidR="001741BA" w:rsidRDefault="001741B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CAE4064" id="Text Box 9" o:spid="_x0000_s1036" type="#_x0000_t202" style="position:absolute;margin-left:108.45pt;margin-top:-5pt;width:274.75pt;height:21.9pt;z-index:2517698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" fillcolor="white [3201]" strokeweight=".5pt">
                      <v:textbox>
                        <w:txbxContent>
                          <w:p w14:paraId="1499F15D" w14:textId="77777777" w:rsidR="001741BA" w:rsidRDefault="001741BA"/>
                        </w:txbxContent>
                      </v:textbox>
                    </v:shape>
                  </w:pict>
                </mc:Fallback>
              </mc:AlternateContent>
            </w:r>
            <w:r w:rsidR="004A1A29">
              <w:t>Event</w:t>
            </w:r>
            <w:r w:rsidR="00E33EC8">
              <w:t xml:space="preserve"> Cost</w:t>
            </w:r>
            <w:r w:rsidR="001D55C2">
              <w:t>:</w:t>
            </w:r>
          </w:p>
        </w:tc>
        <w:tc>
          <w:tcPr>
            <w:tcW w:w="5472" w:type="dxa"/>
          </w:tcPr>
          <w:p w14:paraId="166E5702" w14:textId="5493D375" w:rsidR="001027F3" w:rsidRDefault="00812390">
            <w:r>
              <w:t xml:space="preserve">       </w:t>
            </w:r>
          </w:p>
        </w:tc>
      </w:tr>
    </w:tbl>
    <w:p w14:paraId="34ACA1BF" w14:textId="77777777" w:rsidR="004A1A29" w:rsidRPr="004A1A29" w:rsidRDefault="004A1A29" w:rsidP="00E33EC8">
      <w:pPr>
        <w:pBdr>
          <w:bottom w:val="single" w:sz="8" w:space="0" w:color="CC0000"/>
        </w:pBdr>
        <w:rPr>
          <w:b/>
          <w:color w:val="B40000"/>
          <w:sz w:val="16"/>
          <w:szCs w:val="16"/>
        </w:rPr>
      </w:pPr>
    </w:p>
    <w:p w14:paraId="5D7C5BAC" w14:textId="1A6F235F" w:rsidR="00E33EC8" w:rsidRDefault="00E33EC8" w:rsidP="00E33EC8">
      <w:pPr>
        <w:pBdr>
          <w:bottom w:val="single" w:sz="8" w:space="0" w:color="CC0000"/>
        </w:pBdr>
      </w:pPr>
      <w:r>
        <w:rPr>
          <w:noProof/>
        </w:rPr>
        <mc:AlternateContent>
          <mc:Choice Requires="wps">
            <w:drawing>
              <wp:anchor distT="0" distB="0" distL="114300" distR="114300" simplePos="0" relativeHeight="251756544" behindDoc="0" locked="0" layoutInCell="1" allowOverlap="1" wp14:anchorId="7680325F" wp14:editId="13F52D7E">
                <wp:simplePos x="0" y="0"/>
                <wp:positionH relativeFrom="column">
                  <wp:posOffset>3470177</wp:posOffset>
                </wp:positionH>
                <wp:positionV relativeFrom="paragraph">
                  <wp:posOffset>698500</wp:posOffset>
                </wp:positionV>
                <wp:extent cx="3489960" cy="286246"/>
                <wp:effectExtent l="0" t="0" r="15240" b="19050"/>
                <wp:wrapNone/>
                <wp:docPr id="822140863" name="Text Box 4"/>
                <wp:cNvGraphicFramePr/>
                <a:graphic xmlns:a="http://schemas.openxmlformats.org/drawingml/2006/main">
                  <a:graphicData uri="http://schemas.microsoft.com/office/word/2010/wordprocessingShape">
                    <wps:wsp>
                      <wps:cNvSpPr txBox="1"/>
                      <wps:spPr>
                        <a:xfrm>
                          <a:off x="0" y="0"/>
                          <a:ext cx="3489960" cy="286246"/>
                        </a:xfrm>
                        <a:prstGeom prst="rect">
                          <a:avLst/>
                        </a:prstGeom>
                        <a:solidFill>
                          <a:schemeClr val="lt1"/>
                        </a:solidFill>
                        <a:ln w="6350">
                          <a:solidFill>
                            <a:prstClr val="black"/>
                          </a:solidFill>
                        </a:ln>
                      </wps:spPr>
                      <wps:txbx>
                        <w:txbxContent>
                          <w:p w14:paraId="55D68E23" w14:textId="77777777" w:rsidR="00E33EC8" w:rsidRDefault="00E33EC8" w:rsidP="00E33EC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680325F" id="_x0000_s1038" type="#_x0000_t202" style="position:absolute;margin-left:273.25pt;margin-top:55pt;width:274.8pt;height:22.55pt;z-index:251756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" fillcolor="white [3201]" strokeweight=".5pt">
                <v:textbox>
                  <w:txbxContent>
                    <w:p w14:paraId="55D68E23" w14:textId="77777777" w:rsidR="00E33EC8" w:rsidRDefault="00E33EC8" w:rsidP="00E33EC8"/>
                  </w:txbxContent>
                </v:textbox>
              </v:shape>
            </w:pict>
          </mc:Fallback>
        </mc:AlternateContent>
      </w:r>
      <w:r>
        <w:rPr>
          <w:noProof/>
        </w:rPr>
        <mc:AlternateContent>
          <mc:Choice Requires="wps">
            <w:drawing>
              <wp:anchor distT="0" distB="0" distL="114300" distR="114300" simplePos="0" relativeHeight="251757568" behindDoc="0" locked="0" layoutInCell="1" allowOverlap="1" wp14:anchorId="7898397D" wp14:editId="3FDEFFEF">
                <wp:simplePos x="0" y="0"/>
                <wp:positionH relativeFrom="column">
                  <wp:posOffset>3472815</wp:posOffset>
                </wp:positionH>
                <wp:positionV relativeFrom="paragraph">
                  <wp:posOffset>977293</wp:posOffset>
                </wp:positionV>
                <wp:extent cx="3489325" cy="278130"/>
                <wp:effectExtent l="0" t="0" r="15875" b="13970"/>
                <wp:wrapNone/>
                <wp:docPr id="336524554" name="Text Box 9"/>
                <wp:cNvGraphicFramePr/>
                <a:graphic xmlns:a="http://schemas.openxmlformats.org/drawingml/2006/main">
                  <a:graphicData uri="http://schemas.microsoft.com/office/word/2010/wordprocessingShape">
                    <wps:wsp>
                      <wps:cNvSpPr txBox="1"/>
                      <wps:spPr>
                        <a:xfrm>
                          <a:off x="0" y="0"/>
                          <a:ext cx="3489325" cy="278130"/>
                        </a:xfrm>
                        <a:prstGeom prst="rect">
                          <a:avLst/>
                        </a:prstGeom>
                        <a:solidFill>
                          <a:schemeClr val="lt1"/>
                        </a:solidFill>
                        <a:ln w="6350">
                          <a:solidFill>
                            <a:prstClr val="black"/>
                          </a:solidFill>
                        </a:ln>
                      </wps:spPr>
                      <wps:txbx>
                        <w:txbxContent>
                          <w:p w14:paraId="2317A75D" w14:textId="77777777" w:rsidR="00E33EC8" w:rsidRDefault="00E33EC8" w:rsidP="00E33EC8">
                            <w:r>
                              <w:t>$100.00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898397D" id="_x0000_s1039" type="#_x0000_t202" style="position:absolute;margin-left:273.45pt;margin-top:76.95pt;width:274.75pt;height:21.9pt;z-index:2517575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" fillcolor="white [3201]" strokeweight=".5pt">
                <v:textbox>
                  <w:txbxContent>
                    <w:p w14:paraId="2317A75D" w14:textId="77777777" w:rsidR="00E33EC8" w:rsidRDefault="00E33EC8" w:rsidP="00E33EC8">
                      <w:r>
                        <w:t>$100.00</w:t>
                      </w:r>
                    </w:p>
                  </w:txbxContent>
                </v:textbox>
              </v:shape>
            </w:pict>
          </mc:Fallback>
        </mc:AlternateContent>
      </w:r>
      <w:r>
        <w:rPr>
          <w:b/>
          <w:color w:val="B40000"/>
          <w:sz w:val="32"/>
        </w:rPr>
        <w:t>SELECT YOUR DJ:</w:t>
      </w:r>
    </w:p>
    <w:tbl>
      <w:tblPr>
        <w:tblW w:w="0" w:type="auto"/>
        <w:tblLook w:val="04A0" w:firstRow="1" w:lastRow="0" w:firstColumn="1" w:lastColumn="0" w:noHBand="0" w:noVBand="1"/>
      </w:tblPr>
      <w:tblGrid>
        <w:gridCol w:w="5472"/>
      </w:tblGrid>
      <w:tr w:rsidR="00E33EC8" w14:paraId="3A542F34" w14:textId="77777777" w:rsidTr="004B2934">
        <w:tc>
          <w:tcPr>
            <w:tcW w:w="5472" w:type="dxa"/>
          </w:tcPr>
          <w:p w14:paraId="06D5BADE" w14:textId="49B9D89C" w:rsidR="00E33EC8" w:rsidRDefault="00E33EC8" w:rsidP="004B2934">
            <w:r>
              <w:t>LEAVE BLANK IF NO SPECIFIC DJ IS REQUESTED</w:t>
            </w:r>
          </w:p>
          <w:p w14:paraId="506E80E8" w14:textId="65AB1F81" w:rsidR="00E33EC8" w:rsidRDefault="00E33EC8" w:rsidP="004B2934">
            <w:r>
              <w:t>DJ Name:</w:t>
            </w:r>
          </w:p>
        </w:tc>
      </w:tr>
      <w:tr w:rsidR="00E33EC8" w14:paraId="06F4654A" w14:textId="77777777" w:rsidTr="004B2934">
        <w:tc>
          <w:tcPr>
            <w:tcW w:w="5472" w:type="dxa"/>
          </w:tcPr>
          <w:p w14:paraId="4AA3BF72" w14:textId="59529820" w:rsidR="00E33EC8" w:rsidRDefault="00E33EC8" w:rsidP="004B2934">
            <w:r>
              <w:t>Request Charge:</w:t>
            </w:r>
          </w:p>
        </w:tc>
      </w:tr>
    </w:tbl>
    <w:p w14:paraId="13AFFEE1" w14:textId="77777777" w:rsidR="004A1A29" w:rsidRPr="004A1A29" w:rsidRDefault="004A1A29" w:rsidP="00E33EC8">
      <w:pPr>
        <w:pBdr>
          <w:bottom w:val="single" w:sz="8" w:space="0" w:color="CC0000"/>
        </w:pBdr>
        <w:rPr>
          <w:b/>
          <w:color w:val="B40000"/>
          <w:sz w:val="16"/>
          <w:szCs w:val="16"/>
        </w:rPr>
      </w:pPr>
    </w:p>
    <w:p w14:paraId="7181E58A" w14:textId="7163909E" w:rsidR="00E33EC8" w:rsidRDefault="00E33EC8" w:rsidP="00E33EC8">
      <w:pPr>
        <w:pBdr>
          <w:bottom w:val="single" w:sz="8" w:space="0" w:color="CC0000"/>
        </w:pBdr>
      </w:pPr>
      <w:r>
        <w:rPr>
          <w:b/>
          <w:color w:val="B40000"/>
          <w:sz w:val="32"/>
        </w:rPr>
        <w:t>ADD-ON FEATURES:</w:t>
      </w:r>
    </w:p>
    <w:tbl>
      <w:tblPr>
        <w:tblW w:w="0" w:type="auto"/>
        <w:tblLook w:val="04A0" w:firstRow="1" w:lastRow="0" w:firstColumn="1" w:lastColumn="0" w:noHBand="0" w:noVBand="1"/>
      </w:tblPr>
      <w:tblGrid>
        <w:gridCol w:w="5472"/>
      </w:tblGrid>
      <w:tr w:rsidR="00E33EC8" w14:paraId="4AE25351" w14:textId="77777777" w:rsidTr="004B2934">
        <w:tc>
          <w:tcPr>
            <w:tcW w:w="5472" w:type="dxa"/>
          </w:tcPr>
          <w:p w14:paraId="524F64FE" w14:textId="22A939E9" w:rsidR="00E33EC8" w:rsidRDefault="001741BA" w:rsidP="004B2934">
            <w:r>
              <w:rPr>
                <w:noProof/>
              </w:rPr>
              <mc:AlternateContent>
                <mc:Choice Requires="wps">
                  <w:drawing>
                    <wp:anchor distT="0" distB="0" distL="114300" distR="114300" simplePos="0" relativeHeight="251781120" behindDoc="0" locked="0" layoutInCell="1" allowOverlap="1" wp14:anchorId="4D67B2FD" wp14:editId="20E0603B">
                      <wp:simplePos x="0" y="0"/>
                      <wp:positionH relativeFrom="column">
                        <wp:posOffset>1213184</wp:posOffset>
                      </wp:positionH>
                      <wp:positionV relativeFrom="paragraph">
                        <wp:posOffset>-9525</wp:posOffset>
                      </wp:positionV>
                      <wp:extent cx="3489960" cy="285750"/>
                      <wp:effectExtent l="0" t="0" r="15240" b="19050"/>
                      <wp:wrapNone/>
                      <wp:docPr id="1051522766" name="Text Box 4"/>
                      <wp:cNvGraphicFramePr/>
                      <a:graphic xmlns:a="http://schemas.openxmlformats.org/drawingml/2006/main">
                        <a:graphicData uri="http://schemas.microsoft.com/office/word/2010/wordprocessingShape">
                          <wps:wsp>
                            <wps:cNvSpPr txBox="1"/>
                            <wps:spPr>
                              <a:xfrm>
                                <a:off x="0" y="0"/>
                                <a:ext cx="3489960" cy="285750"/>
                              </a:xfrm>
                              <a:prstGeom prst="rect">
                                <a:avLst/>
                              </a:prstGeom>
                              <a:solidFill>
                                <a:schemeClr val="lt1"/>
                              </a:solidFill>
                              <a:ln w="6350">
                                <a:solidFill>
                                  <a:prstClr val="black"/>
                                </a:solidFill>
                              </a:ln>
                            </wps:spPr>
                            <wps:txbx>
                              <w:txbxContent>
                                <w:p w14:paraId="5A00A8D7" w14:textId="77777777" w:rsidR="001741BA" w:rsidRDefault="001741BA" w:rsidP="001741B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D67B2FD" id="_x0000_s1040" type="#_x0000_t202" style="position:absolute;margin-left:95.55pt;margin-top:-.75pt;width:274.8pt;height:22.5pt;z-index:251781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" fillcolor="white [3201]" strokeweight=".5pt">
                      <v:textbox>
                        <w:txbxContent>
                          <w:p w14:paraId="5A00A8D7" w14:textId="77777777" w:rsidR="001741BA" w:rsidRDefault="001741BA" w:rsidP="001741BA"/>
                        </w:txbxContent>
                      </v:textbox>
                    </v:shape>
                  </w:pict>
                </mc:Fallback>
              </mc:AlternateContent>
            </w:r>
            <w:r w:rsidR="00E33EC8">
              <w:t>Up-Lighting Cost:</w:t>
            </w:r>
          </w:p>
        </w:tc>
      </w:tr>
      <w:tr w:rsidR="00E33EC8" w14:paraId="79CCC9B3" w14:textId="77777777" w:rsidTr="004B2934">
        <w:tc>
          <w:tcPr>
            <w:tcW w:w="5472" w:type="dxa"/>
          </w:tcPr>
          <w:p w14:paraId="67A32B9B" w14:textId="511F6FBE" w:rsidR="00E33EC8" w:rsidRDefault="001741BA" w:rsidP="004B2934">
            <w:r>
              <w:rPr>
                <w:noProof/>
              </w:rPr>
              <mc:AlternateContent>
                <mc:Choice Requires="wps">
                  <w:drawing>
                    <wp:anchor distT="0" distB="0" distL="114300" distR="114300" simplePos="0" relativeHeight="251782144" behindDoc="0" locked="0" layoutInCell="1" allowOverlap="1" wp14:anchorId="28BD2C49" wp14:editId="46D7E8E7">
                      <wp:simplePos x="0" y="0"/>
                      <wp:positionH relativeFrom="column">
                        <wp:posOffset>1216994</wp:posOffset>
                      </wp:positionH>
                      <wp:positionV relativeFrom="paragraph">
                        <wp:posOffset>-29210</wp:posOffset>
                      </wp:positionV>
                      <wp:extent cx="3489325" cy="278130"/>
                      <wp:effectExtent l="0" t="0" r="15875" b="13970"/>
                      <wp:wrapNone/>
                      <wp:docPr id="486244773" name="Text Box 9"/>
                      <wp:cNvGraphicFramePr/>
                      <a:graphic xmlns:a="http://schemas.openxmlformats.org/drawingml/2006/main">
                        <a:graphicData uri="http://schemas.microsoft.com/office/word/2010/wordprocessingShape">
                          <wps:wsp>
                            <wps:cNvSpPr txBox="1"/>
                            <wps:spPr>
                              <a:xfrm>
                                <a:off x="0" y="0"/>
                                <a:ext cx="3489325" cy="278130"/>
                              </a:xfrm>
                              <a:prstGeom prst="rect">
                                <a:avLst/>
                              </a:prstGeom>
                              <a:solidFill>
                                <a:schemeClr val="lt1"/>
                              </a:solidFill>
                              <a:ln w="6350">
                                <a:solidFill>
                                  <a:prstClr val="black"/>
                                </a:solidFill>
                              </a:ln>
                            </wps:spPr>
                            <wps:txbx>
                              <w:txbxContent>
                                <w:p w14:paraId="665A1512" w14:textId="5AD86F1B" w:rsidR="001741BA" w:rsidRDefault="001741BA" w:rsidP="001741B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8BD2C49" id="_x0000_s1041" type="#_x0000_t202" style="position:absolute;margin-left:95.85pt;margin-top:-2.3pt;width:274.75pt;height:21.9pt;z-index:251782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" fillcolor="white [3201]" strokeweight=".5pt">
                      <v:textbox>
                        <w:txbxContent>
                          <w:p w14:paraId="665A1512" w14:textId="5AD86F1B" w:rsidR="001741BA" w:rsidRDefault="001741BA" w:rsidP="001741BA"/>
                        </w:txbxContent>
                      </v:textbox>
                    </v:shape>
                  </w:pict>
                </mc:Fallback>
              </mc:AlternateContent>
            </w:r>
            <w:r w:rsidR="00E33EC8">
              <w:t>Glow Wand Cost:</w:t>
            </w:r>
          </w:p>
        </w:tc>
      </w:tr>
      <w:tr w:rsidR="00E33EC8" w14:paraId="27F4C4E0" w14:textId="77777777" w:rsidTr="004B2934">
        <w:tc>
          <w:tcPr>
            <w:tcW w:w="5472" w:type="dxa"/>
          </w:tcPr>
          <w:p w14:paraId="4062C38D" w14:textId="7CE793A4" w:rsidR="00E33EC8" w:rsidRDefault="001741BA" w:rsidP="004B2934">
            <w:r>
              <w:rPr>
                <w:noProof/>
              </w:rPr>
              <mc:AlternateContent>
                <mc:Choice Requires="wps">
                  <w:drawing>
                    <wp:anchor distT="0" distB="0" distL="114300" distR="114300" simplePos="0" relativeHeight="251762688" behindDoc="0" locked="0" layoutInCell="1" allowOverlap="1" wp14:anchorId="0A19A9BE" wp14:editId="68AA5464">
                      <wp:simplePos x="0" y="0"/>
                      <wp:positionH relativeFrom="column">
                        <wp:posOffset>1215214</wp:posOffset>
                      </wp:positionH>
                      <wp:positionV relativeFrom="paragraph">
                        <wp:posOffset>-50931</wp:posOffset>
                      </wp:positionV>
                      <wp:extent cx="3489960" cy="278130"/>
                      <wp:effectExtent l="0" t="0" r="15240" b="13970"/>
                      <wp:wrapNone/>
                      <wp:docPr id="1725286880" name="Text Box 9"/>
                      <wp:cNvGraphicFramePr/>
                      <a:graphic xmlns:a="http://schemas.openxmlformats.org/drawingml/2006/main">
                        <a:graphicData uri="http://schemas.microsoft.com/office/word/2010/wordprocessingShape">
                          <wps:wsp>
                            <wps:cNvSpPr txBox="1"/>
                            <wps:spPr>
                              <a:xfrm>
                                <a:off x="0" y="0"/>
                                <a:ext cx="3489960" cy="278130"/>
                              </a:xfrm>
                              <a:prstGeom prst="rect">
                                <a:avLst/>
                              </a:prstGeom>
                              <a:solidFill>
                                <a:schemeClr val="lt1"/>
                              </a:solidFill>
                              <a:ln w="6350">
                                <a:solidFill>
                                  <a:prstClr val="black"/>
                                </a:solidFill>
                              </a:ln>
                            </wps:spPr>
                            <wps:txbx>
                              <w:txbxContent>
                                <w:p w14:paraId="44E076BD" w14:textId="77777777" w:rsidR="00002F8F" w:rsidRDefault="00002F8F" w:rsidP="00002F8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A19A9BE" id="_x0000_s1042" type="#_x0000_t202" style="position:absolute;margin-left:95.7pt;margin-top:-4pt;width:274.8pt;height:21.9pt;z-index:2517626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" fillcolor="white [3201]" strokeweight=".5pt">
                      <v:textbox>
                        <w:txbxContent>
                          <w:p w14:paraId="44E076BD" w14:textId="77777777" w:rsidR="00002F8F" w:rsidRDefault="00002F8F" w:rsidP="00002F8F"/>
                        </w:txbxContent>
                      </v:textbox>
                    </v:shape>
                  </w:pict>
                </mc:Fallback>
              </mc:AlternateContent>
            </w:r>
            <w:r w:rsidR="00E33EC8">
              <w:t>Silent Disco Rental:</w:t>
            </w:r>
          </w:p>
        </w:tc>
      </w:tr>
    </w:tbl>
    <w:p w14:paraId="72450912" w14:textId="1EE08A4E" w:rsidR="001027F3" w:rsidRDefault="00000000">
      <w:pPr>
        <w:pBdr>
          <w:bottom w:val="single" w:sz="8" w:space="0" w:color="CC0000"/>
        </w:pBdr>
      </w:pPr>
      <w:r>
        <w:rPr>
          <w:b/>
          <w:color w:val="B40000"/>
          <w:sz w:val="32"/>
        </w:rPr>
        <w:lastRenderedPageBreak/>
        <w:t>TERMS AND CONDITIONS</w:t>
      </w:r>
    </w:p>
    <w:p w14:paraId="796AA2B4" w14:textId="30C3B8B4" w:rsidR="00767042" w:rsidRPr="00F611DD" w:rsidRDefault="00767042" w:rsidP="00767042">
      <w:pPr>
        <w:autoSpaceDE w:val="0"/>
        <w:autoSpaceDN w:val="0"/>
        <w:adjustRightInd w:val="0"/>
        <w:spacing w:after="0" w:line="240" w:lineRule="auto"/>
        <w:rPr>
          <w:rFonts w:cs="ÍV∆_ò"/>
          <w:color w:val="242425"/>
          <w:sz w:val="18"/>
          <w:szCs w:val="18"/>
        </w:rPr>
      </w:pPr>
      <w:r w:rsidRPr="00F611DD">
        <w:rPr>
          <w:rFonts w:cs="ÍV∆_ò"/>
          <w:b/>
          <w:bCs/>
          <w:color w:val="A10505"/>
          <w:sz w:val="18"/>
          <w:szCs w:val="18"/>
        </w:rPr>
        <w:t>1.</w:t>
      </w:r>
      <w:r w:rsidRPr="00F611DD">
        <w:rPr>
          <w:rFonts w:cs="ÍV∆_ò"/>
          <w:color w:val="A10505"/>
          <w:sz w:val="18"/>
          <w:szCs w:val="18"/>
        </w:rPr>
        <w:t xml:space="preserve"> </w:t>
      </w:r>
      <w:r w:rsidRPr="00F611DD">
        <w:rPr>
          <w:rFonts w:cs="ÍV∆_ò"/>
          <w:color w:val="242425"/>
          <w:sz w:val="18"/>
          <w:szCs w:val="18"/>
        </w:rPr>
        <w:t>A $200.00 non-refundable security deposit is required when booking your event. This deposit is deducted from your total event cost and will show in your invoice statement. In consideration of the payment by the Purchaser as well as the various promises and the agreements set forth below, the Parties agree and intend to be legally bound as follows.</w:t>
      </w:r>
    </w:p>
    <w:p w14:paraId="3522C66B" w14:textId="77777777" w:rsidR="00767042" w:rsidRPr="00F611DD" w:rsidRDefault="00767042" w:rsidP="00767042">
      <w:pPr>
        <w:autoSpaceDE w:val="0"/>
        <w:autoSpaceDN w:val="0"/>
        <w:adjustRightInd w:val="0"/>
        <w:spacing w:after="0" w:line="240" w:lineRule="auto"/>
        <w:rPr>
          <w:rFonts w:cs="ÍV∆_ò"/>
          <w:color w:val="A10707"/>
          <w:sz w:val="8"/>
          <w:szCs w:val="8"/>
        </w:rPr>
      </w:pPr>
    </w:p>
    <w:p w14:paraId="0AF0CF1A" w14:textId="2AF2869C" w:rsidR="00767042" w:rsidRPr="00F611DD" w:rsidRDefault="00767042" w:rsidP="00767042">
      <w:pPr>
        <w:autoSpaceDE w:val="0"/>
        <w:autoSpaceDN w:val="0"/>
        <w:adjustRightInd w:val="0"/>
        <w:spacing w:after="0" w:line="240" w:lineRule="auto"/>
        <w:rPr>
          <w:rFonts w:cs="ÍV∆_ò"/>
          <w:color w:val="242424"/>
          <w:sz w:val="18"/>
          <w:szCs w:val="18"/>
        </w:rPr>
      </w:pPr>
      <w:r w:rsidRPr="00F611DD">
        <w:rPr>
          <w:rFonts w:cs="ÍV∆_ò"/>
          <w:b/>
          <w:bCs/>
          <w:color w:val="A10707"/>
          <w:sz w:val="18"/>
          <w:szCs w:val="18"/>
        </w:rPr>
        <w:t>2.</w:t>
      </w:r>
      <w:r w:rsidRPr="00F611DD">
        <w:rPr>
          <w:rFonts w:cs="ÍV∆_ò"/>
          <w:color w:val="A10707"/>
          <w:sz w:val="18"/>
          <w:szCs w:val="18"/>
        </w:rPr>
        <w:t xml:space="preserve"> </w:t>
      </w:r>
      <w:r w:rsidRPr="00F611DD">
        <w:rPr>
          <w:rFonts w:cs="ÍV∆_ò"/>
          <w:color w:val="242424"/>
          <w:sz w:val="18"/>
          <w:szCs w:val="18"/>
        </w:rPr>
        <w:t>Moments In Time Disc Jockeys, LLC shall provide your hours of service as placed in the contract at the location given on the contract.</w:t>
      </w:r>
    </w:p>
    <w:p w14:paraId="2CE1765E" w14:textId="77777777" w:rsidR="00767042" w:rsidRPr="00F611DD" w:rsidRDefault="00767042" w:rsidP="00767042">
      <w:pPr>
        <w:autoSpaceDE w:val="0"/>
        <w:autoSpaceDN w:val="0"/>
        <w:adjustRightInd w:val="0"/>
        <w:spacing w:after="0" w:line="240" w:lineRule="auto"/>
        <w:rPr>
          <w:rFonts w:cs="ÍV∆_ò"/>
          <w:color w:val="A90A0A"/>
          <w:sz w:val="8"/>
          <w:szCs w:val="8"/>
        </w:rPr>
      </w:pPr>
    </w:p>
    <w:p w14:paraId="370BF5A6" w14:textId="2E69C68B" w:rsidR="00767042" w:rsidRPr="00F611DD" w:rsidRDefault="00767042" w:rsidP="00767042">
      <w:pPr>
        <w:autoSpaceDE w:val="0"/>
        <w:autoSpaceDN w:val="0"/>
        <w:adjustRightInd w:val="0"/>
        <w:spacing w:after="0" w:line="240" w:lineRule="auto"/>
        <w:rPr>
          <w:rFonts w:cs="ÍV∆_ò"/>
          <w:color w:val="282828"/>
          <w:sz w:val="18"/>
          <w:szCs w:val="18"/>
        </w:rPr>
      </w:pPr>
      <w:r w:rsidRPr="00F611DD">
        <w:rPr>
          <w:rFonts w:cs="ÍV∆_ò"/>
          <w:b/>
          <w:bCs/>
          <w:color w:val="A90A0A"/>
          <w:sz w:val="18"/>
          <w:szCs w:val="18"/>
        </w:rPr>
        <w:t>3.</w:t>
      </w:r>
      <w:r w:rsidRPr="00F611DD">
        <w:rPr>
          <w:rFonts w:cs="ÍV∆_ò"/>
          <w:color w:val="A90A0A"/>
          <w:sz w:val="18"/>
          <w:szCs w:val="18"/>
        </w:rPr>
        <w:t xml:space="preserve"> </w:t>
      </w:r>
      <w:r w:rsidRPr="00F611DD">
        <w:rPr>
          <w:rFonts w:cs="ÍV∆_ò"/>
          <w:color w:val="282828"/>
          <w:sz w:val="18"/>
          <w:szCs w:val="18"/>
        </w:rPr>
        <w:t>Moments In Time Disc Jockeys, LLC shall be provided and accepted on the following date and time of the engagement as given on the contract.</w:t>
      </w:r>
    </w:p>
    <w:p w14:paraId="362CA529" w14:textId="77777777" w:rsidR="00767042" w:rsidRPr="00F611DD" w:rsidRDefault="00767042" w:rsidP="00767042">
      <w:pPr>
        <w:autoSpaceDE w:val="0"/>
        <w:autoSpaceDN w:val="0"/>
        <w:adjustRightInd w:val="0"/>
        <w:spacing w:after="0" w:line="240" w:lineRule="auto"/>
        <w:rPr>
          <w:rFonts w:cs="ÍV∆_ò"/>
          <w:color w:val="AA0201"/>
          <w:sz w:val="8"/>
          <w:szCs w:val="8"/>
        </w:rPr>
      </w:pPr>
    </w:p>
    <w:p w14:paraId="60DBBB4B" w14:textId="16437D5A" w:rsidR="00767042" w:rsidRPr="00F611DD" w:rsidRDefault="00767042" w:rsidP="00767042">
      <w:pPr>
        <w:autoSpaceDE w:val="0"/>
        <w:autoSpaceDN w:val="0"/>
        <w:adjustRightInd w:val="0"/>
        <w:spacing w:after="0" w:line="240" w:lineRule="auto"/>
        <w:rPr>
          <w:rFonts w:cs="ÍV∆_ò"/>
          <w:color w:val="242424"/>
          <w:sz w:val="18"/>
          <w:szCs w:val="18"/>
        </w:rPr>
      </w:pPr>
      <w:r w:rsidRPr="00F611DD">
        <w:rPr>
          <w:rFonts w:cs="ÍV∆_ò"/>
          <w:b/>
          <w:bCs/>
          <w:color w:val="AA0201"/>
          <w:sz w:val="18"/>
          <w:szCs w:val="18"/>
        </w:rPr>
        <w:t>4.</w:t>
      </w:r>
      <w:r w:rsidRPr="00F611DD">
        <w:rPr>
          <w:rFonts w:cs="ÍV∆_ò"/>
          <w:color w:val="AA0201"/>
          <w:sz w:val="18"/>
          <w:szCs w:val="18"/>
        </w:rPr>
        <w:t xml:space="preserve"> </w:t>
      </w:r>
      <w:r w:rsidRPr="00F611DD">
        <w:rPr>
          <w:rFonts w:cs="ÍV∆_ò"/>
          <w:color w:val="242424"/>
          <w:sz w:val="18"/>
          <w:szCs w:val="18"/>
        </w:rPr>
        <w:t>Moments In Time Disc Jockeys, LLC shall, at all times, have unmitigated control of its DJ Services.</w:t>
      </w:r>
    </w:p>
    <w:p w14:paraId="253AE359" w14:textId="77777777" w:rsidR="00767042" w:rsidRPr="00F611DD" w:rsidRDefault="00767042" w:rsidP="00767042">
      <w:pPr>
        <w:autoSpaceDE w:val="0"/>
        <w:autoSpaceDN w:val="0"/>
        <w:adjustRightInd w:val="0"/>
        <w:spacing w:after="0" w:line="240" w:lineRule="auto"/>
        <w:rPr>
          <w:rFonts w:cs="ÍV∆_ò"/>
          <w:color w:val="A10505"/>
          <w:sz w:val="8"/>
          <w:szCs w:val="8"/>
        </w:rPr>
      </w:pPr>
    </w:p>
    <w:p w14:paraId="1BA484DA" w14:textId="0E64C552" w:rsidR="00EF463D" w:rsidRDefault="00767042" w:rsidP="00F611DD">
      <w:pPr>
        <w:autoSpaceDE w:val="0"/>
        <w:autoSpaceDN w:val="0"/>
        <w:adjustRightInd w:val="0"/>
        <w:spacing w:after="0" w:line="240" w:lineRule="auto"/>
        <w:rPr>
          <w:rFonts w:cs="ÍV∆_ò"/>
          <w:color w:val="272727"/>
          <w:sz w:val="18"/>
          <w:szCs w:val="18"/>
        </w:rPr>
      </w:pPr>
      <w:r w:rsidRPr="00F611DD">
        <w:rPr>
          <w:rFonts w:cs="ÍV∆_ò"/>
          <w:b/>
          <w:bCs/>
          <w:color w:val="A10505"/>
          <w:sz w:val="18"/>
          <w:szCs w:val="18"/>
        </w:rPr>
        <w:t>5</w:t>
      </w:r>
      <w:r w:rsidRPr="00F611DD">
        <w:rPr>
          <w:rFonts w:cs="ÍV∆_ò"/>
          <w:color w:val="A10505"/>
          <w:sz w:val="18"/>
          <w:szCs w:val="18"/>
        </w:rPr>
        <w:t xml:space="preserve">. </w:t>
      </w:r>
      <w:r w:rsidRPr="00F611DD">
        <w:rPr>
          <w:rFonts w:cs="ÍV∆_ò"/>
          <w:color w:val="272727"/>
          <w:sz w:val="18"/>
          <w:szCs w:val="18"/>
        </w:rPr>
        <w:t>In the event that additional hours of DJ Services are requested after the finish time this agreement is executed, and Moments In Time Disc Jockeys, LLC accepts said request, additional DJ Services will be charged at the rate of $150.00 per hour, payable the day of the engagement. The parties understand and agree that it may not always be possible to provide additional performance time; Moments In Time Disc Jockeys, LLC is under no obligation to accept an offer to purchase additional hours of DJ Services.</w:t>
      </w:r>
    </w:p>
    <w:p w14:paraId="4137C89D" w14:textId="77777777" w:rsidR="00F611DD" w:rsidRPr="00F611DD" w:rsidRDefault="00F611DD" w:rsidP="00F611DD">
      <w:pPr>
        <w:autoSpaceDE w:val="0"/>
        <w:autoSpaceDN w:val="0"/>
        <w:adjustRightInd w:val="0"/>
        <w:spacing w:after="0" w:line="240" w:lineRule="auto"/>
        <w:rPr>
          <w:rFonts w:cs="ÍV∆_ò"/>
          <w:color w:val="272727"/>
          <w:sz w:val="18"/>
          <w:szCs w:val="18"/>
        </w:rPr>
      </w:pPr>
    </w:p>
    <w:p w14:paraId="5DE54377" w14:textId="159F9AE2" w:rsidR="00737FFC" w:rsidRDefault="00737FFC" w:rsidP="00737FFC">
      <w:pPr>
        <w:pBdr>
          <w:bottom w:val="single" w:sz="8" w:space="0" w:color="CC0000"/>
        </w:pBdr>
      </w:pPr>
      <w:r>
        <w:rPr>
          <w:b/>
          <w:color w:val="B40000"/>
          <w:sz w:val="32"/>
        </w:rPr>
        <w:t>ADDITIONAL TERMS AND CONDITIONS</w:t>
      </w:r>
    </w:p>
    <w:p w14:paraId="6EA41ABE" w14:textId="3FFC74EF" w:rsidR="00767042" w:rsidRPr="00F611DD" w:rsidRDefault="00767042" w:rsidP="00767042">
      <w:pPr>
        <w:autoSpaceDE w:val="0"/>
        <w:autoSpaceDN w:val="0"/>
        <w:adjustRightInd w:val="0"/>
        <w:spacing w:after="0" w:line="240" w:lineRule="auto"/>
        <w:rPr>
          <w:rFonts w:cs="ÍV∆_ò"/>
          <w:color w:val="242424"/>
          <w:sz w:val="18"/>
          <w:szCs w:val="18"/>
        </w:rPr>
      </w:pPr>
      <w:r w:rsidRPr="00F611DD">
        <w:rPr>
          <w:rFonts w:cs="ÍV∆_ò"/>
          <w:color w:val="A50404"/>
          <w:sz w:val="18"/>
          <w:szCs w:val="18"/>
        </w:rPr>
        <w:t xml:space="preserve">• </w:t>
      </w:r>
      <w:r w:rsidRPr="00F611DD">
        <w:rPr>
          <w:rFonts w:cs="ÍV∆_ò"/>
          <w:color w:val="242424"/>
          <w:sz w:val="18"/>
          <w:szCs w:val="18"/>
        </w:rPr>
        <w:t>The agreement of the DJ to perform is subject to proven detention by accidents, transportation issues, riots, strikes, epidemics, pandemics, any random acts of God, or any other legitimate conditions beyond their control. If such circumstances arise, all reasonable efforts will be made by Moments In Time Disc Jockeys, LLC to make it or find replacement entertainment at the agreed upon fees. Should Moments In Time Disc Jockeys, LLC be unable to procure a replacement, Purchaser shall receive a full refund.</w:t>
      </w:r>
    </w:p>
    <w:p w14:paraId="5D7E3D5D" w14:textId="77777777" w:rsidR="00767042" w:rsidRPr="00F611DD" w:rsidRDefault="00767042" w:rsidP="00767042">
      <w:pPr>
        <w:autoSpaceDE w:val="0"/>
        <w:autoSpaceDN w:val="0"/>
        <w:adjustRightInd w:val="0"/>
        <w:spacing w:after="0" w:line="240" w:lineRule="auto"/>
        <w:rPr>
          <w:rFonts w:cs="ÍV∆_ò"/>
          <w:color w:val="A10404"/>
          <w:sz w:val="8"/>
          <w:szCs w:val="8"/>
        </w:rPr>
      </w:pPr>
    </w:p>
    <w:p w14:paraId="4CF62BDF" w14:textId="2EEBF711" w:rsidR="00767042" w:rsidRPr="00F611DD" w:rsidRDefault="00767042" w:rsidP="00767042">
      <w:pPr>
        <w:autoSpaceDE w:val="0"/>
        <w:autoSpaceDN w:val="0"/>
        <w:adjustRightInd w:val="0"/>
        <w:spacing w:after="0" w:line="240" w:lineRule="auto"/>
        <w:rPr>
          <w:rFonts w:cs="ÍV∆_ò"/>
          <w:color w:val="282829"/>
          <w:sz w:val="18"/>
          <w:szCs w:val="18"/>
        </w:rPr>
      </w:pPr>
      <w:r w:rsidRPr="00F611DD">
        <w:rPr>
          <w:rFonts w:cs="ÍV∆_ò"/>
          <w:color w:val="A10404"/>
          <w:sz w:val="18"/>
          <w:szCs w:val="18"/>
        </w:rPr>
        <w:t xml:space="preserve">• </w:t>
      </w:r>
      <w:r w:rsidRPr="00F611DD">
        <w:rPr>
          <w:rFonts w:cs="ÍV∆_ò"/>
          <w:color w:val="282829"/>
          <w:sz w:val="18"/>
          <w:szCs w:val="18"/>
        </w:rPr>
        <w:t>The Purchaser(s) and DJ servicer agree that this contract is not subject to cancellation unless both parties have agreed to such cancellation in writing. In the event of cancellation by the Purchaser{s) within 60 days of the their event date, the Purchaser(s) shall pay the amount of $300.00 as liquidated damages, plus a reasonable attorney's fee. If the Purchaser(s) cancel the event within 30 days of the set event date, the Purchaser(s) shall pay the DJ servicer the total agreed amount set forth on the contract as liquidated damages, lose their security deposit, plus a reasonable attorney's fee.</w:t>
      </w:r>
    </w:p>
    <w:p w14:paraId="082EFB2D" w14:textId="77777777" w:rsidR="00767042" w:rsidRPr="00F611DD" w:rsidRDefault="00767042" w:rsidP="00767042">
      <w:pPr>
        <w:autoSpaceDE w:val="0"/>
        <w:autoSpaceDN w:val="0"/>
        <w:adjustRightInd w:val="0"/>
        <w:spacing w:after="0" w:line="240" w:lineRule="auto"/>
        <w:rPr>
          <w:rFonts w:cs="ÍV∆_ò"/>
          <w:color w:val="B10000"/>
          <w:sz w:val="8"/>
          <w:szCs w:val="8"/>
        </w:rPr>
      </w:pPr>
    </w:p>
    <w:p w14:paraId="23F15CDF" w14:textId="30FE32A9" w:rsidR="00767042" w:rsidRPr="00F611DD" w:rsidRDefault="00767042" w:rsidP="00767042">
      <w:pPr>
        <w:autoSpaceDE w:val="0"/>
        <w:autoSpaceDN w:val="0"/>
        <w:adjustRightInd w:val="0"/>
        <w:spacing w:after="0" w:line="240" w:lineRule="auto"/>
        <w:rPr>
          <w:rFonts w:cs="ÍV∆_ò"/>
          <w:color w:val="232324"/>
          <w:sz w:val="18"/>
          <w:szCs w:val="18"/>
        </w:rPr>
      </w:pPr>
      <w:r w:rsidRPr="00F611DD">
        <w:rPr>
          <w:rFonts w:cs="ÍV∆_ò"/>
          <w:color w:val="B10000"/>
          <w:sz w:val="18"/>
          <w:szCs w:val="18"/>
        </w:rPr>
        <w:t xml:space="preserve">• </w:t>
      </w:r>
      <w:r w:rsidRPr="00F611DD">
        <w:rPr>
          <w:rFonts w:cs="ÍV∆_ò"/>
          <w:color w:val="232324"/>
          <w:sz w:val="18"/>
          <w:szCs w:val="18"/>
        </w:rPr>
        <w:t xml:space="preserve">It is understood that if this is </w:t>
      </w:r>
      <w:r w:rsidRPr="00F611DD">
        <w:rPr>
          <w:rFonts w:cs="ÍV∆_ò"/>
          <w:color w:val="383838"/>
          <w:sz w:val="18"/>
          <w:szCs w:val="18"/>
        </w:rPr>
        <w:t xml:space="preserve">a </w:t>
      </w:r>
      <w:r w:rsidRPr="00F611DD">
        <w:rPr>
          <w:rFonts w:cs="ÍV∆_ò"/>
          <w:color w:val="232324"/>
          <w:sz w:val="18"/>
          <w:szCs w:val="18"/>
        </w:rPr>
        <w:t>"Rain or Shine" event; Moments In Time Disc Jockeys, LLC' s compensation is in no way affected by inclement weather. For outdoor performances, Purchaser shall provide overhead shelter for setup area. The DJ reserves the right, in good faith, to stop or cancel the performance should the weather pose a potential danger to him, the equipment, or audience. Every effort will be made to continue the performance. However, safety is paramount in all decisions. The DJ's compensation will not be affected by such cancellation.</w:t>
      </w:r>
    </w:p>
    <w:p w14:paraId="1191DC73" w14:textId="77777777" w:rsidR="00767042" w:rsidRPr="00F611DD" w:rsidRDefault="00767042" w:rsidP="00767042">
      <w:pPr>
        <w:autoSpaceDE w:val="0"/>
        <w:autoSpaceDN w:val="0"/>
        <w:adjustRightInd w:val="0"/>
        <w:spacing w:after="0" w:line="240" w:lineRule="auto"/>
        <w:rPr>
          <w:rFonts w:cs="ÍV∆_ò"/>
          <w:color w:val="A90404"/>
          <w:sz w:val="8"/>
          <w:szCs w:val="8"/>
        </w:rPr>
      </w:pPr>
    </w:p>
    <w:p w14:paraId="58007F8B" w14:textId="05DED469" w:rsidR="00767042" w:rsidRPr="00F611DD" w:rsidRDefault="00767042" w:rsidP="00767042">
      <w:pPr>
        <w:autoSpaceDE w:val="0"/>
        <w:autoSpaceDN w:val="0"/>
        <w:adjustRightInd w:val="0"/>
        <w:spacing w:after="0" w:line="240" w:lineRule="auto"/>
        <w:rPr>
          <w:rFonts w:cs="ÍV∆_ò"/>
          <w:color w:val="252526"/>
          <w:sz w:val="18"/>
          <w:szCs w:val="18"/>
        </w:rPr>
      </w:pPr>
      <w:r w:rsidRPr="00F611DD">
        <w:rPr>
          <w:rFonts w:cs="ÍV∆_ò"/>
          <w:color w:val="A90404"/>
          <w:sz w:val="18"/>
          <w:szCs w:val="18"/>
        </w:rPr>
        <w:t xml:space="preserve">• </w:t>
      </w:r>
      <w:r w:rsidRPr="00F611DD">
        <w:rPr>
          <w:rFonts w:cs="ÍV∆_ò"/>
          <w:color w:val="252526"/>
          <w:sz w:val="18"/>
          <w:szCs w:val="18"/>
        </w:rPr>
        <w:t>Purchaser(s) agree that Moments In Time Disc Jockeys, LLC's liability shall not be liable in any amount of damage which exceeds the performance fees recited above. Further, the Purchaser(s) agree that Moments In Time Disc Jockeys, LLC shall not be liable for indirect or consequential damages arising from any breach of contract.</w:t>
      </w:r>
    </w:p>
    <w:p w14:paraId="7484BEE3" w14:textId="442F0911" w:rsidR="00767042" w:rsidRPr="00F611DD" w:rsidRDefault="00767042" w:rsidP="00767042">
      <w:pPr>
        <w:autoSpaceDE w:val="0"/>
        <w:autoSpaceDN w:val="0"/>
        <w:adjustRightInd w:val="0"/>
        <w:spacing w:after="0" w:line="240" w:lineRule="auto"/>
        <w:rPr>
          <w:rFonts w:cs="ÍV∆_ò"/>
          <w:color w:val="A50404"/>
          <w:sz w:val="8"/>
          <w:szCs w:val="8"/>
        </w:rPr>
      </w:pPr>
    </w:p>
    <w:p w14:paraId="1A36E2DA" w14:textId="019BA4E5" w:rsidR="00767042" w:rsidRPr="00F611DD" w:rsidRDefault="00767042" w:rsidP="00767042">
      <w:pPr>
        <w:autoSpaceDE w:val="0"/>
        <w:autoSpaceDN w:val="0"/>
        <w:adjustRightInd w:val="0"/>
        <w:spacing w:after="0" w:line="240" w:lineRule="auto"/>
        <w:rPr>
          <w:rFonts w:cs="ÍV∆_ò"/>
          <w:color w:val="282828"/>
          <w:sz w:val="18"/>
          <w:szCs w:val="18"/>
        </w:rPr>
      </w:pPr>
      <w:r w:rsidRPr="00F611DD">
        <w:rPr>
          <w:rFonts w:cs="ÍV∆_ò"/>
          <w:color w:val="A50404"/>
          <w:sz w:val="18"/>
          <w:szCs w:val="18"/>
        </w:rPr>
        <w:t xml:space="preserve">• </w:t>
      </w:r>
      <w:r w:rsidRPr="00F611DD">
        <w:rPr>
          <w:rFonts w:cs="ÍV∆_ò"/>
          <w:color w:val="282828"/>
          <w:sz w:val="18"/>
          <w:szCs w:val="18"/>
        </w:rPr>
        <w:t>In the event of circumstances deemed to present a threat or implied threat of injury or harm Moments In Time Disc Jockeys, LLC staff or any equipment in Moments In Time Disc Jockeys, LLC possession, Moments In Time Disc Jockeys, LLC reserves the right to cease performance. If the Purchaser is able to resolve the threatening situation in a reasonable amount of time (maximum of 1 S minutes), Moments In Time Disc Jockeys, LLC shall resume performance. Purchaser shall be responsible for payment in full, regardless of whether the situation is resolved. Moments In Time Disc Jockeys, LLC reserves the right to deny any guest access to the sound system, music recordings, or other equipment. It is further agreed that the Purchaser shall be liable for any and all injury or damage to the DJ, or property of the DJ, while on the premises of said engagement, if damage is caused by Purchaser or guest, members of his organization, engagement invitees, employees, or any other party in attendance, whether invited or not.</w:t>
      </w:r>
    </w:p>
    <w:p w14:paraId="4ECBE7BE" w14:textId="77777777" w:rsidR="00767042" w:rsidRPr="00F611DD" w:rsidRDefault="00767042" w:rsidP="00767042">
      <w:pPr>
        <w:autoSpaceDE w:val="0"/>
        <w:autoSpaceDN w:val="0"/>
        <w:adjustRightInd w:val="0"/>
        <w:spacing w:after="0" w:line="240" w:lineRule="auto"/>
        <w:rPr>
          <w:rFonts w:cs="ÍV∆_ò"/>
          <w:color w:val="A50000"/>
          <w:sz w:val="8"/>
          <w:szCs w:val="8"/>
        </w:rPr>
      </w:pPr>
    </w:p>
    <w:p w14:paraId="70AC3774" w14:textId="6F5A02B3" w:rsidR="00767042" w:rsidRPr="00F611DD" w:rsidRDefault="00767042" w:rsidP="00767042">
      <w:pPr>
        <w:autoSpaceDE w:val="0"/>
        <w:autoSpaceDN w:val="0"/>
        <w:adjustRightInd w:val="0"/>
        <w:spacing w:after="0" w:line="240" w:lineRule="auto"/>
        <w:rPr>
          <w:rFonts w:cs="ÍV∆_ò"/>
          <w:color w:val="A50000"/>
          <w:sz w:val="18"/>
          <w:szCs w:val="18"/>
        </w:rPr>
      </w:pPr>
      <w:r w:rsidRPr="00F611DD">
        <w:rPr>
          <w:rFonts w:cs="ÍV∆_ò"/>
          <w:color w:val="A50000"/>
          <w:sz w:val="18"/>
          <w:szCs w:val="18"/>
        </w:rPr>
        <w:t xml:space="preserve">• </w:t>
      </w:r>
      <w:r w:rsidRPr="00F611DD">
        <w:rPr>
          <w:rFonts w:cs="ÍV∆_ò"/>
          <w:color w:val="2B2B2C"/>
          <w:sz w:val="18"/>
          <w:szCs w:val="18"/>
        </w:rPr>
        <w:t>In the event of non-payment, Moments In lime Disc Jockeys, LLC retains the right to attempt collection through the courts. Purchaser agrees</w:t>
      </w:r>
      <w:r w:rsidRPr="00F611DD">
        <w:rPr>
          <w:rFonts w:cs="ÍV∆_ò"/>
          <w:color w:val="A50000"/>
          <w:sz w:val="18"/>
          <w:szCs w:val="18"/>
        </w:rPr>
        <w:t xml:space="preserve"> </w:t>
      </w:r>
      <w:r w:rsidRPr="00F611DD">
        <w:rPr>
          <w:rFonts w:cs="ÍV∆_ò"/>
          <w:color w:val="2B2B2C"/>
          <w:sz w:val="18"/>
          <w:szCs w:val="18"/>
        </w:rPr>
        <w:t>to be held responsible for all court costs, legal fees, and collection costs incurred by Moments In lime Disc Jockeys, LLC.</w:t>
      </w:r>
    </w:p>
    <w:p w14:paraId="6862DCA6" w14:textId="77777777" w:rsidR="00767042" w:rsidRPr="00F611DD" w:rsidRDefault="00767042" w:rsidP="00767042">
      <w:pPr>
        <w:autoSpaceDE w:val="0"/>
        <w:autoSpaceDN w:val="0"/>
        <w:adjustRightInd w:val="0"/>
        <w:spacing w:after="0" w:line="240" w:lineRule="auto"/>
        <w:rPr>
          <w:rFonts w:cs="ÍV∆_ò"/>
          <w:color w:val="A90408"/>
          <w:sz w:val="8"/>
          <w:szCs w:val="8"/>
        </w:rPr>
      </w:pPr>
    </w:p>
    <w:p w14:paraId="7DBDB698" w14:textId="2D544EA9" w:rsidR="00767042" w:rsidRPr="00F611DD" w:rsidRDefault="00767042" w:rsidP="00767042">
      <w:pPr>
        <w:autoSpaceDE w:val="0"/>
        <w:autoSpaceDN w:val="0"/>
        <w:adjustRightInd w:val="0"/>
        <w:spacing w:after="0" w:line="240" w:lineRule="auto"/>
        <w:rPr>
          <w:rFonts w:cs="ÍV∆_ò"/>
          <w:color w:val="2C2C2D"/>
          <w:sz w:val="18"/>
          <w:szCs w:val="18"/>
        </w:rPr>
      </w:pPr>
      <w:r w:rsidRPr="00F611DD">
        <w:rPr>
          <w:rFonts w:cs="ÍV∆_ò"/>
          <w:color w:val="A90408"/>
          <w:sz w:val="18"/>
          <w:szCs w:val="18"/>
        </w:rPr>
        <w:t xml:space="preserve">• </w:t>
      </w:r>
      <w:r w:rsidRPr="00F611DD">
        <w:rPr>
          <w:rFonts w:cs="ÍV∆_ò"/>
          <w:color w:val="2C2C2D"/>
          <w:sz w:val="18"/>
          <w:szCs w:val="18"/>
        </w:rPr>
        <w:t xml:space="preserve">By executing this contract </w:t>
      </w:r>
      <w:r w:rsidRPr="00F611DD">
        <w:rPr>
          <w:rFonts w:cs="ÍV∆_ò"/>
          <w:color w:val="3C3C3C"/>
          <w:sz w:val="18"/>
          <w:szCs w:val="18"/>
        </w:rPr>
        <w:t xml:space="preserve">as </w:t>
      </w:r>
      <w:r w:rsidRPr="00F611DD">
        <w:rPr>
          <w:rFonts w:cs="ÍV∆_ò"/>
          <w:color w:val="2C2C2D"/>
          <w:sz w:val="18"/>
          <w:szCs w:val="18"/>
        </w:rPr>
        <w:t>Purchaser, the person executing said contract, personally accepts and assumes full responsibility and liability under the terms of this contract. The laws of the State of Michigan shall govern this agreement. In the event that legal proceedings are initiated by either party, it is agreed that proper venue shall be in Kent County.</w:t>
      </w:r>
    </w:p>
    <w:p w14:paraId="52DCEDDD" w14:textId="77777777" w:rsidR="00767042" w:rsidRPr="00F611DD" w:rsidRDefault="00767042" w:rsidP="00767042">
      <w:pPr>
        <w:autoSpaceDE w:val="0"/>
        <w:autoSpaceDN w:val="0"/>
        <w:adjustRightInd w:val="0"/>
        <w:spacing w:after="0" w:line="240" w:lineRule="auto"/>
        <w:rPr>
          <w:rFonts w:cs="ÍV∆_ò"/>
          <w:color w:val="A10408"/>
          <w:sz w:val="8"/>
          <w:szCs w:val="8"/>
        </w:rPr>
      </w:pPr>
    </w:p>
    <w:p w14:paraId="54C90BC6" w14:textId="4658465D" w:rsidR="00767042" w:rsidRPr="00F611DD" w:rsidRDefault="00767042" w:rsidP="00767042">
      <w:pPr>
        <w:autoSpaceDE w:val="0"/>
        <w:autoSpaceDN w:val="0"/>
        <w:adjustRightInd w:val="0"/>
        <w:spacing w:after="0" w:line="240" w:lineRule="auto"/>
        <w:rPr>
          <w:rFonts w:cs="ÍV∆_ò"/>
          <w:color w:val="272727"/>
          <w:sz w:val="18"/>
          <w:szCs w:val="18"/>
        </w:rPr>
      </w:pPr>
      <w:r w:rsidRPr="00F611DD">
        <w:rPr>
          <w:rFonts w:cs="ÍV∆_ò"/>
          <w:color w:val="A10408"/>
          <w:sz w:val="18"/>
          <w:szCs w:val="18"/>
        </w:rPr>
        <w:t xml:space="preserve">• </w:t>
      </w:r>
      <w:r w:rsidRPr="00F611DD">
        <w:rPr>
          <w:rFonts w:cs="ÍV∆_ò"/>
          <w:color w:val="272727"/>
          <w:sz w:val="18"/>
          <w:szCs w:val="18"/>
        </w:rPr>
        <w:t>Purchaser{s) agree to indemnify, defend, assume liability for and hold Moments In Time Disc Jockeys, LLC's harmless from any claims, damages, losses and expenses by or to any person, regardless of the basis, which pertains directly or indirectly to Moments In lime Disc Jockeys, LLC performance.</w:t>
      </w:r>
    </w:p>
    <w:p w14:paraId="30B7DB1E" w14:textId="77777777" w:rsidR="00767042" w:rsidRPr="00F611DD" w:rsidRDefault="00767042" w:rsidP="00767042">
      <w:pPr>
        <w:autoSpaceDE w:val="0"/>
        <w:autoSpaceDN w:val="0"/>
        <w:adjustRightInd w:val="0"/>
        <w:spacing w:after="0" w:line="240" w:lineRule="auto"/>
        <w:rPr>
          <w:rFonts w:cs="ÍV∆_ò"/>
          <w:color w:val="AD0404"/>
          <w:sz w:val="8"/>
          <w:szCs w:val="8"/>
        </w:rPr>
      </w:pPr>
    </w:p>
    <w:p w14:paraId="6D7754DD" w14:textId="1F673CED" w:rsidR="00767042" w:rsidRDefault="00767042" w:rsidP="00F611DD">
      <w:pPr>
        <w:autoSpaceDE w:val="0"/>
        <w:autoSpaceDN w:val="0"/>
        <w:adjustRightInd w:val="0"/>
        <w:spacing w:after="0" w:line="240" w:lineRule="auto"/>
        <w:rPr>
          <w:rFonts w:cs="ÍV∆_ò"/>
          <w:color w:val="272727"/>
          <w:sz w:val="18"/>
          <w:szCs w:val="18"/>
        </w:rPr>
      </w:pPr>
      <w:r w:rsidRPr="00F611DD">
        <w:rPr>
          <w:rFonts w:cs="ÍV∆_ò"/>
          <w:color w:val="AD0404"/>
          <w:sz w:val="18"/>
          <w:szCs w:val="18"/>
        </w:rPr>
        <w:t xml:space="preserve">• </w:t>
      </w:r>
      <w:r w:rsidRPr="00F611DD">
        <w:rPr>
          <w:rFonts w:cs="ÍV∆_ò"/>
          <w:color w:val="272727"/>
          <w:sz w:val="18"/>
          <w:szCs w:val="18"/>
        </w:rPr>
        <w:t>THE PARTIES acknowledge that they have read the above Agreement in its entirety, understand all of its terms and conditions, have had a</w:t>
      </w:r>
      <w:r w:rsidRPr="00F611DD">
        <w:rPr>
          <w:rFonts w:cs="ÍV∆_ò"/>
          <w:color w:val="292929"/>
          <w:sz w:val="18"/>
          <w:szCs w:val="18"/>
        </w:rPr>
        <w:t>n opportunity to review the same with legal counsel, and agree to abide by the terms of this agreement of his/her own free will and consent.</w:t>
      </w:r>
    </w:p>
    <w:p w14:paraId="4A444C61" w14:textId="77777777" w:rsidR="00F611DD" w:rsidRPr="00F611DD" w:rsidRDefault="00F611DD" w:rsidP="00F611DD">
      <w:pPr>
        <w:autoSpaceDE w:val="0"/>
        <w:autoSpaceDN w:val="0"/>
        <w:adjustRightInd w:val="0"/>
        <w:spacing w:after="0" w:line="240" w:lineRule="auto"/>
        <w:rPr>
          <w:rFonts w:cs="ÍV∆_ò"/>
          <w:color w:val="272727"/>
          <w:sz w:val="18"/>
          <w:szCs w:val="18"/>
        </w:rPr>
      </w:pPr>
    </w:p>
    <w:p w14:paraId="497B7B02" w14:textId="13D387E6" w:rsidR="001D55C2" w:rsidRPr="001D55C2" w:rsidRDefault="001D55C2" w:rsidP="001D55C2">
      <w:pPr>
        <w:pBdr>
          <w:bottom w:val="single" w:sz="8" w:space="0" w:color="CC0000"/>
        </w:pBdr>
        <w:rPr>
          <w:sz w:val="32"/>
          <w:szCs w:val="32"/>
        </w:rPr>
      </w:pPr>
      <w:r w:rsidRPr="001D55C2">
        <w:rPr>
          <w:b/>
          <w:color w:val="B40000"/>
          <w:sz w:val="32"/>
          <w:szCs w:val="32"/>
        </w:rPr>
        <w:t>BY TYPING</w:t>
      </w:r>
      <w:r>
        <w:rPr>
          <w:b/>
          <w:color w:val="B40000"/>
          <w:sz w:val="32"/>
          <w:szCs w:val="32"/>
        </w:rPr>
        <w:t xml:space="preserve">, </w:t>
      </w:r>
      <w:r w:rsidRPr="001D55C2">
        <w:rPr>
          <w:b/>
          <w:color w:val="B40000"/>
          <w:sz w:val="32"/>
          <w:szCs w:val="32"/>
        </w:rPr>
        <w:t>YOU ARE SIGNING</w:t>
      </w:r>
    </w:p>
    <w:tbl>
      <w:tblPr>
        <w:tblW w:w="11160" w:type="dxa"/>
        <w:tblLook w:val="04A0" w:firstRow="1" w:lastRow="0" w:firstColumn="1" w:lastColumn="0" w:noHBand="0" w:noVBand="1"/>
      </w:tblPr>
      <w:tblGrid>
        <w:gridCol w:w="3060"/>
        <w:gridCol w:w="2700"/>
        <w:gridCol w:w="2700"/>
        <w:gridCol w:w="2700"/>
      </w:tblGrid>
      <w:tr w:rsidR="001741BA" w14:paraId="0FCED970" w14:textId="77777777" w:rsidTr="001741BA">
        <w:trPr>
          <w:trHeight w:val="504"/>
        </w:trPr>
        <w:tc>
          <w:tcPr>
            <w:tcW w:w="3060" w:type="dxa"/>
          </w:tcPr>
          <w:p w14:paraId="212AE886" w14:textId="783E8AB9" w:rsidR="001741BA" w:rsidRDefault="001741BA" w:rsidP="001741BA">
            <w:pPr>
              <w:ind w:left="-113"/>
            </w:pPr>
            <w:r>
              <w:rPr>
                <w:b/>
                <w:noProof/>
                <w:color w:val="B40000"/>
                <w:sz w:val="32"/>
                <w:szCs w:val="32"/>
              </w:rPr>
              <mc:AlternateContent>
                <mc:Choice Requires="wps">
                  <w:drawing>
                    <wp:anchor distT="0" distB="0" distL="114300" distR="114300" simplePos="0" relativeHeight="251764736" behindDoc="0" locked="0" layoutInCell="1" allowOverlap="1" wp14:anchorId="619A7DBA" wp14:editId="2FD25EE6">
                      <wp:simplePos x="0" y="0"/>
                      <wp:positionH relativeFrom="column">
                        <wp:posOffset>418465</wp:posOffset>
                      </wp:positionH>
                      <wp:positionV relativeFrom="paragraph">
                        <wp:posOffset>-69850</wp:posOffset>
                      </wp:positionV>
                      <wp:extent cx="2965285" cy="325755"/>
                      <wp:effectExtent l="0" t="0" r="6985" b="17145"/>
                      <wp:wrapNone/>
                      <wp:docPr id="1256059598" name="Text Box 10"/>
                      <wp:cNvGraphicFramePr/>
                      <a:graphic xmlns:a="http://schemas.openxmlformats.org/drawingml/2006/main">
                        <a:graphicData uri="http://schemas.microsoft.com/office/word/2010/wordprocessingShape">
                          <wps:wsp>
                            <wps:cNvSpPr txBox="1"/>
                            <wps:spPr>
                              <a:xfrm>
                                <a:off x="0" y="0"/>
                                <a:ext cx="2965285" cy="325755"/>
                              </a:xfrm>
                              <a:prstGeom prst="rect">
                                <a:avLst/>
                              </a:prstGeom>
                              <a:solidFill>
                                <a:schemeClr val="lt1"/>
                              </a:solidFill>
                              <a:ln w="6350">
                                <a:solidFill>
                                  <a:prstClr val="black"/>
                                </a:solidFill>
                              </a:ln>
                            </wps:spPr>
                            <wps:txbx>
                              <w:txbxContent>
                                <w:p w14:paraId="2BD6A024" w14:textId="77777777" w:rsidR="001741BA" w:rsidRDefault="001741B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19A7DBA" id="Text Box 10" o:spid="_x0000_s1043" type="#_x0000_t202" style="position:absolute;left:0;text-align:left;margin-left:32.95pt;margin-top:-5.5pt;width:233.5pt;height:25.65pt;z-index:2517647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" fillcolor="white [3201]" strokeweight=".5pt">
                      <v:textbox>
                        <w:txbxContent>
                          <w:p w14:paraId="2BD6A024" w14:textId="77777777" w:rsidR="001741BA" w:rsidRDefault="001741BA"/>
                        </w:txbxContent>
                      </v:textbox>
                    </v:shape>
                  </w:pict>
                </mc:Fallback>
              </mc:AlternateContent>
            </w:r>
            <w:r>
              <w:t>Agreed:</w:t>
            </w:r>
          </w:p>
        </w:tc>
        <w:tc>
          <w:tcPr>
            <w:tcW w:w="2700" w:type="dxa"/>
          </w:tcPr>
          <w:p w14:paraId="06272CA2" w14:textId="66986603" w:rsidR="001741BA" w:rsidRDefault="001741BA" w:rsidP="001741BA">
            <w:r>
              <w:t xml:space="preserve">                                                         </w:t>
            </w:r>
          </w:p>
        </w:tc>
        <w:tc>
          <w:tcPr>
            <w:tcW w:w="2700" w:type="dxa"/>
          </w:tcPr>
          <w:p w14:paraId="27E7EF10" w14:textId="2DCC5CB0" w:rsidR="001741BA" w:rsidRDefault="001741BA" w:rsidP="001741BA">
            <w:r>
              <w:rPr>
                <w:b/>
                <w:noProof/>
                <w:color w:val="B40000"/>
                <w:sz w:val="32"/>
                <w:szCs w:val="32"/>
              </w:rPr>
              <mc:AlternateContent>
                <mc:Choice Requires="wps">
                  <w:drawing>
                    <wp:anchor distT="0" distB="0" distL="114300" distR="114300" simplePos="0" relativeHeight="251765760" behindDoc="0" locked="0" layoutInCell="1" allowOverlap="1" wp14:anchorId="140C9884" wp14:editId="348F6689">
                      <wp:simplePos x="0" y="0"/>
                      <wp:positionH relativeFrom="column">
                        <wp:posOffset>339725</wp:posOffset>
                      </wp:positionH>
                      <wp:positionV relativeFrom="paragraph">
                        <wp:posOffset>-73273</wp:posOffset>
                      </wp:positionV>
                      <wp:extent cx="2877820" cy="326004"/>
                      <wp:effectExtent l="0" t="0" r="17780" b="17145"/>
                      <wp:wrapNone/>
                      <wp:docPr id="1845703391" name="Text Box 10"/>
                      <wp:cNvGraphicFramePr/>
                      <a:graphic xmlns:a="http://schemas.openxmlformats.org/drawingml/2006/main">
                        <a:graphicData uri="http://schemas.microsoft.com/office/word/2010/wordprocessingShape">
                          <wps:wsp>
                            <wps:cNvSpPr txBox="1"/>
                            <wps:spPr>
                              <a:xfrm>
                                <a:off x="0" y="0"/>
                                <a:ext cx="2877820" cy="326004"/>
                              </a:xfrm>
                              <a:prstGeom prst="rect">
                                <a:avLst/>
                              </a:prstGeom>
                              <a:solidFill>
                                <a:schemeClr val="lt1"/>
                              </a:solidFill>
                              <a:ln w="6350">
                                <a:solidFill>
                                  <a:prstClr val="black"/>
                                </a:solidFill>
                              </a:ln>
                            </wps:spPr>
                            <wps:txbx>
                              <w:txbxContent>
                                <w:p w14:paraId="49D28F32" w14:textId="77777777" w:rsidR="001741BA" w:rsidRDefault="001741BA" w:rsidP="001D55C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40C9884" id="_x0000_s1044" type="#_x0000_t202" style="position:absolute;margin-left:26.75pt;margin-top:-5.75pt;width:226.6pt;height:25.65pt;z-index:2517657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" fillcolor="white [3201]" strokeweight=".5pt">
                      <v:textbox>
                        <w:txbxContent>
                          <w:p w14:paraId="49D28F32" w14:textId="77777777" w:rsidR="001741BA" w:rsidRDefault="001741BA" w:rsidP="001D55C2"/>
                        </w:txbxContent>
                      </v:textbox>
                    </v:shape>
                  </w:pict>
                </mc:Fallback>
              </mc:AlternateContent>
            </w:r>
            <w:r>
              <w:t>Date:</w:t>
            </w:r>
          </w:p>
        </w:tc>
        <w:tc>
          <w:tcPr>
            <w:tcW w:w="2700" w:type="dxa"/>
          </w:tcPr>
          <w:p w14:paraId="07CAF2BC" w14:textId="77777777" w:rsidR="001741BA" w:rsidRDefault="001741BA" w:rsidP="001741BA">
            <w:r>
              <w:t xml:space="preserve">                    </w:t>
            </w:r>
          </w:p>
        </w:tc>
      </w:tr>
    </w:tbl>
    <w:p w14:paraId="3B298627" w14:textId="2885A6D7" w:rsidR="001741BA" w:rsidRDefault="001741BA" w:rsidP="001741BA">
      <w:pPr>
        <w:pStyle w:val="ListNumber"/>
        <w:numPr>
          <w:ilvl w:val="0"/>
          <w:numId w:val="0"/>
        </w:numPr>
      </w:pPr>
      <w:r>
        <w:t xml:space="preserve">                   Client Name</w:t>
      </w:r>
    </w:p>
    <w:p w14:paraId="7529C83D" w14:textId="139C5DC9" w:rsidR="001741BA" w:rsidRDefault="001741BA" w:rsidP="001741BA">
      <w:pPr>
        <w:pStyle w:val="ListNumber"/>
        <w:numPr>
          <w:ilvl w:val="0"/>
          <w:numId w:val="0"/>
        </w:numPr>
      </w:pPr>
      <w:r>
        <w:rPr>
          <w:b/>
          <w:noProof/>
          <w:color w:val="B40000"/>
          <w:sz w:val="32"/>
          <w:szCs w:val="32"/>
        </w:rPr>
        <mc:AlternateContent>
          <mc:Choice Requires="wps">
            <w:drawing>
              <wp:anchor distT="0" distB="0" distL="114300" distR="114300" simplePos="0" relativeHeight="251785216" behindDoc="0" locked="0" layoutInCell="1" allowOverlap="1" wp14:anchorId="0BAB920A" wp14:editId="3AFEA207">
                <wp:simplePos x="0" y="0"/>
                <wp:positionH relativeFrom="column">
                  <wp:posOffset>4062095</wp:posOffset>
                </wp:positionH>
                <wp:positionV relativeFrom="paragraph">
                  <wp:posOffset>99904</wp:posOffset>
                </wp:positionV>
                <wp:extent cx="2877820" cy="325755"/>
                <wp:effectExtent l="0" t="0" r="17780" b="17145"/>
                <wp:wrapNone/>
                <wp:docPr id="1783180507" name="Text Box 10"/>
                <wp:cNvGraphicFramePr/>
                <a:graphic xmlns:a="http://schemas.openxmlformats.org/drawingml/2006/main">
                  <a:graphicData uri="http://schemas.microsoft.com/office/word/2010/wordprocessingShape">
                    <wps:wsp>
                      <wps:cNvSpPr txBox="1"/>
                      <wps:spPr>
                        <a:xfrm>
                          <a:off x="0" y="0"/>
                          <a:ext cx="2877820" cy="325755"/>
                        </a:xfrm>
                        <a:prstGeom prst="rect">
                          <a:avLst/>
                        </a:prstGeom>
                        <a:solidFill>
                          <a:schemeClr val="lt1"/>
                        </a:solidFill>
                        <a:ln w="6350">
                          <a:solidFill>
                            <a:prstClr val="black"/>
                          </a:solidFill>
                        </a:ln>
                      </wps:spPr>
                      <wps:txbx>
                        <w:txbxContent>
                          <w:p w14:paraId="08116835" w14:textId="77777777" w:rsidR="001741BA" w:rsidRDefault="001741BA" w:rsidP="001741B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BAB920A" id="_x0000_s1045" type="#_x0000_t202" style="position:absolute;margin-left:319.85pt;margin-top:7.85pt;width:226.6pt;height:25.65pt;z-index:251785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" fillcolor="white [3201]" strokeweight=".5pt">
                <v:textbox>
                  <w:txbxContent>
                    <w:p w14:paraId="08116835" w14:textId="77777777" w:rsidR="001741BA" w:rsidRDefault="001741BA" w:rsidP="001741BA"/>
                  </w:txbxContent>
                </v:textbox>
              </v:shape>
            </w:pict>
          </mc:Fallback>
        </mc:AlternateContent>
      </w:r>
      <w:r>
        <w:rPr>
          <w:b/>
          <w:noProof/>
          <w:color w:val="B40000"/>
          <w:sz w:val="32"/>
          <w:szCs w:val="32"/>
        </w:rPr>
        <mc:AlternateContent>
          <mc:Choice Requires="wps">
            <w:drawing>
              <wp:anchor distT="0" distB="0" distL="114300" distR="114300" simplePos="0" relativeHeight="251784192" behindDoc="0" locked="0" layoutInCell="1" allowOverlap="1" wp14:anchorId="4961D462" wp14:editId="450B0B04">
                <wp:simplePos x="0" y="0"/>
                <wp:positionH relativeFrom="column">
                  <wp:posOffset>483235</wp:posOffset>
                </wp:positionH>
                <wp:positionV relativeFrom="paragraph">
                  <wp:posOffset>102831</wp:posOffset>
                </wp:positionV>
                <wp:extent cx="2965285" cy="325755"/>
                <wp:effectExtent l="0" t="0" r="6985" b="17145"/>
                <wp:wrapNone/>
                <wp:docPr id="319647992" name="Text Box 10"/>
                <wp:cNvGraphicFramePr/>
                <a:graphic xmlns:a="http://schemas.openxmlformats.org/drawingml/2006/main">
                  <a:graphicData uri="http://schemas.microsoft.com/office/word/2010/wordprocessingShape">
                    <wps:wsp>
                      <wps:cNvSpPr txBox="1"/>
                      <wps:spPr>
                        <a:xfrm>
                          <a:off x="0" y="0"/>
                          <a:ext cx="2965285" cy="325755"/>
                        </a:xfrm>
                        <a:prstGeom prst="rect">
                          <a:avLst/>
                        </a:prstGeom>
                        <a:solidFill>
                          <a:schemeClr val="lt1"/>
                        </a:solidFill>
                        <a:ln w="6350">
                          <a:solidFill>
                            <a:prstClr val="black"/>
                          </a:solidFill>
                        </a:ln>
                      </wps:spPr>
                      <wps:txbx>
                        <w:txbxContent>
                          <w:p w14:paraId="30DF7828" w14:textId="77777777" w:rsidR="001741BA" w:rsidRDefault="001741BA" w:rsidP="001741B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961D462" id="_x0000_s1046" type="#_x0000_t202" style="position:absolute;margin-left:38.05pt;margin-top:8.1pt;width:233.5pt;height:25.65pt;z-index:251784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" fillcolor="white [3201]" strokeweight=".5pt">
                <v:textbox>
                  <w:txbxContent>
                    <w:p w14:paraId="30DF7828" w14:textId="77777777" w:rsidR="001741BA" w:rsidRDefault="001741BA" w:rsidP="001741BA"/>
                  </w:txbxContent>
                </v:textbox>
              </v:shape>
            </w:pict>
          </mc:Fallback>
        </mc:AlternateContent>
      </w:r>
    </w:p>
    <w:p w14:paraId="6797877C" w14:textId="79378C00" w:rsidR="00F611DD" w:rsidRDefault="001741BA" w:rsidP="001741BA">
      <w:pPr>
        <w:pStyle w:val="ListNumber"/>
        <w:numPr>
          <w:ilvl w:val="0"/>
          <w:numId w:val="0"/>
        </w:numPr>
      </w:pPr>
      <w:r>
        <w:t>Agreed:</w:t>
      </w:r>
      <w:r>
        <w:tab/>
      </w:r>
      <w:r>
        <w:tab/>
      </w:r>
      <w:r>
        <w:tab/>
      </w:r>
      <w:r>
        <w:tab/>
      </w:r>
      <w:r>
        <w:tab/>
      </w:r>
      <w:r>
        <w:tab/>
      </w:r>
      <w:r>
        <w:tab/>
      </w:r>
      <w:r>
        <w:tab/>
        <w:t xml:space="preserve">   Date:</w:t>
      </w:r>
    </w:p>
    <w:p w14:paraId="017B74FC" w14:textId="77777777" w:rsidR="001741BA" w:rsidRDefault="001741BA" w:rsidP="001741BA">
      <w:pPr>
        <w:pStyle w:val="ListNumber"/>
        <w:numPr>
          <w:ilvl w:val="0"/>
          <w:numId w:val="0"/>
        </w:numPr>
      </w:pPr>
    </w:p>
    <w:p w14:paraId="0B148B78" w14:textId="15FB9F17" w:rsidR="001741BA" w:rsidRDefault="001741BA" w:rsidP="001741BA">
      <w:pPr>
        <w:pStyle w:val="ListNumber"/>
        <w:numPr>
          <w:ilvl w:val="0"/>
          <w:numId w:val="0"/>
        </w:numPr>
      </w:pPr>
      <w:r>
        <w:t xml:space="preserve">                  MITDJ Name</w:t>
      </w:r>
    </w:p>
    <w:sectPr w:rsidR="001741BA" w:rsidSect="00F611DD">
      <w:pgSz w:w="12240" w:h="15840"/>
      <w:pgMar w:top="360" w:right="648" w:bottom="504" w:left="64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1" w:csb1="00000000"/>
  </w:font>
  <w:font w:name="ÍV∆_ò">
    <w:altName w:val="Calibri"/>
    <w:panose1 w:val="020B0604020202020204"/>
    <w:charset w:val="4D"/>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358385488">
    <w:abstractNumId w:val="8"/>
  </w:num>
  <w:num w:numId="2" w16cid:durableId="200485260">
    <w:abstractNumId w:val="6"/>
  </w:num>
  <w:num w:numId="3" w16cid:durableId="375392484">
    <w:abstractNumId w:val="5"/>
  </w:num>
  <w:num w:numId="4" w16cid:durableId="665518770">
    <w:abstractNumId w:val="4"/>
  </w:num>
  <w:num w:numId="5" w16cid:durableId="649557130">
    <w:abstractNumId w:val="7"/>
  </w:num>
  <w:num w:numId="6" w16cid:durableId="2105999859">
    <w:abstractNumId w:val="3"/>
  </w:num>
  <w:num w:numId="7" w16cid:durableId="1013645861">
    <w:abstractNumId w:val="2"/>
  </w:num>
  <w:num w:numId="8" w16cid:durableId="1465007843">
    <w:abstractNumId w:val="1"/>
  </w:num>
  <w:num w:numId="9" w16cid:durableId="176568385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5"/>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2F8F"/>
    <w:rsid w:val="00034616"/>
    <w:rsid w:val="0006063C"/>
    <w:rsid w:val="001027F3"/>
    <w:rsid w:val="0015074B"/>
    <w:rsid w:val="001741BA"/>
    <w:rsid w:val="001D55C2"/>
    <w:rsid w:val="00265067"/>
    <w:rsid w:val="0029639D"/>
    <w:rsid w:val="00326F90"/>
    <w:rsid w:val="00372EE4"/>
    <w:rsid w:val="004A1A29"/>
    <w:rsid w:val="00586992"/>
    <w:rsid w:val="00737FFC"/>
    <w:rsid w:val="00767042"/>
    <w:rsid w:val="007F20A7"/>
    <w:rsid w:val="00812390"/>
    <w:rsid w:val="00AA1D8D"/>
    <w:rsid w:val="00B47730"/>
    <w:rsid w:val="00CB0664"/>
    <w:rsid w:val="00E33EC8"/>
    <w:rsid w:val="00E35957"/>
    <w:rsid w:val="00EF463D"/>
    <w:rsid w:val="00F25897"/>
    <w:rsid w:val="00F611D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95854C"/>
  <w14:defaultImageDpi w14:val="300"/>
  <w15:docId w15:val="{E88EE7D8-3753-2248-833F-AF3424BF8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1741BA"/>
    <w:rPr>
      <w:color w:val="0000FF" w:themeColor="hyperlink"/>
      <w:u w:val="single"/>
    </w:rPr>
  </w:style>
  <w:style w:type="character" w:styleId="UnresolvedMention">
    <w:name w:val="Unresolved Mention"/>
    <w:basedOn w:val="DefaultParagraphFont"/>
    <w:uiPriority w:val="99"/>
    <w:semiHidden/>
    <w:unhideWhenUsed/>
    <w:rsid w:val="001741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941</Words>
  <Characters>5364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6293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MIT DJ</cp:lastModifiedBy>
  <cp:revision>3</cp:revision>
  <dcterms:created xsi:type="dcterms:W3CDTF">2026-07-03T21:25:00Z</dcterms:created>
  <dcterms:modified xsi:type="dcterms:W3CDTF">2026-07-03T21:26:00Z</dcterms:modified>
  <cp:category/>
</cp:coreProperties>
</file>