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2042" w:type="dxa"/>
        <w:jc w:val="center"/>
        <w:tblLayout w:type="fixed"/>
        <w:tblLook w:val="04A0" w:firstRow="1" w:lastRow="0" w:firstColumn="1" w:lastColumn="0" w:noHBand="0" w:noVBand="1"/>
      </w:tblPr>
      <w:tblGrid>
        <w:gridCol w:w="6570"/>
        <w:gridCol w:w="5472"/>
      </w:tblGrid>
      <w:tr w:rsidR="001027F3" w14:paraId="443E78F5" w14:textId="77777777" w:rsidTr="00265067">
        <w:trPr>
          <w:jc w:val="center"/>
        </w:trPr>
        <w:tc>
          <w:tcPr>
            <w:tcW w:w="6570" w:type="dxa"/>
          </w:tcPr>
          <w:p w14:paraId="0C8B971A" w14:textId="564D8BE6" w:rsidR="001027F3" w:rsidRDefault="00265067" w:rsidP="00265067">
            <w:pPr>
              <w:ind w:left="618"/>
            </w:pPr>
            <w:r>
              <w:rPr>
                <w:noProof/>
              </w:rPr>
              <w:drawing>
                <wp:inline distT="0" distB="0" distL="0" distR="0" wp14:anchorId="77FCE4D9" wp14:editId="423A2765">
                  <wp:extent cx="4341412" cy="1430655"/>
                  <wp:effectExtent l="0" t="0" r="254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rop.png"/>
                          <pic:cNvPicPr/>
                        </pic:nvPicPr>
                        <pic:blipFill>
                          <a:blip r:embed="rId6"/>
                          <a:stretch>
                            <a:fillRect/>
                          </a:stretch>
                        </pic:blipFill>
                        <pic:spPr>
                          <a:xfrm>
                            <a:off x="0" y="0"/>
                            <a:ext cx="4450476" cy="1466596"/>
                          </a:xfrm>
                          <a:prstGeom prst="rect">
                            <a:avLst/>
                          </a:prstGeom>
                        </pic:spPr>
                      </pic:pic>
                    </a:graphicData>
                  </a:graphic>
                </wp:inline>
              </w:drawing>
            </w:r>
          </w:p>
        </w:tc>
        <w:tc>
          <w:tcPr>
            <w:tcW w:w="5472" w:type="dxa"/>
          </w:tcPr>
          <w:p w14:paraId="2EA5D47F" w14:textId="77777777" w:rsidR="00265067" w:rsidRPr="00265067" w:rsidRDefault="00265067" w:rsidP="00265067">
            <w:pPr>
              <w:ind w:left="987"/>
              <w:rPr>
                <w:sz w:val="4"/>
                <w:szCs w:val="4"/>
              </w:rPr>
            </w:pPr>
          </w:p>
          <w:p w14:paraId="75F62C42" w14:textId="0958CC64" w:rsidR="001027F3" w:rsidRDefault="00000000" w:rsidP="00265067">
            <w:pPr>
              <w:ind w:left="987"/>
            </w:pPr>
            <w:r>
              <w:t>Email: info@mitdj.com</w:t>
            </w:r>
          </w:p>
          <w:p w14:paraId="000CE5A7" w14:textId="77777777" w:rsidR="001027F3" w:rsidRDefault="00000000" w:rsidP="00265067">
            <w:pPr>
              <w:ind w:left="987"/>
            </w:pPr>
            <w:r>
              <w:t>Website: www.mitdj.com</w:t>
            </w:r>
          </w:p>
          <w:p w14:paraId="09D2ECF2" w14:textId="77777777" w:rsidR="001027F3" w:rsidRDefault="00000000" w:rsidP="00265067">
            <w:pPr>
              <w:ind w:left="987"/>
            </w:pPr>
            <w:r>
              <w:t>Phone: 616-334-3110</w:t>
            </w:r>
          </w:p>
          <w:p w14:paraId="7BD8B902" w14:textId="6E67CE57" w:rsidR="001027F3" w:rsidRDefault="00000000" w:rsidP="00265067">
            <w:pPr>
              <w:ind w:left="987"/>
            </w:pPr>
            <w:r>
              <w:t>Mail: PO Box 634</w:t>
            </w:r>
            <w:r w:rsidR="00265067">
              <w:t xml:space="preserve">6, </w:t>
            </w:r>
            <w:r>
              <w:t>Grand Rapids, MI 49516</w:t>
            </w:r>
          </w:p>
        </w:tc>
      </w:tr>
    </w:tbl>
    <w:p w14:paraId="11FC461C" w14:textId="170CA0EF" w:rsidR="001027F3" w:rsidRDefault="00000000" w:rsidP="00265067">
      <w:pPr>
        <w:jc w:val="center"/>
      </w:pPr>
      <w:r>
        <w:rPr>
          <w:i/>
        </w:rPr>
        <w:t xml:space="preserve">PLEASE FILL OUT FORM AND RETURN TO  </w:t>
      </w:r>
      <w:r w:rsidRPr="00265067">
        <w:rPr>
          <w:b/>
          <w:bCs/>
          <w:i/>
        </w:rPr>
        <w:t>info@mitdj.com</w:t>
      </w:r>
    </w:p>
    <w:p w14:paraId="161A6A47" w14:textId="1F0E554E" w:rsidR="001027F3" w:rsidRDefault="00000000">
      <w:pPr>
        <w:pBdr>
          <w:bottom w:val="single" w:sz="8" w:space="0" w:color="CC0000"/>
        </w:pBdr>
      </w:pPr>
      <w:r>
        <w:rPr>
          <w:b/>
          <w:color w:val="B40000"/>
          <w:sz w:val="32"/>
        </w:rPr>
        <w:t>CUSTOMER INFORMATION:</w:t>
      </w:r>
    </w:p>
    <w:tbl>
      <w:tblPr>
        <w:tblW w:w="0" w:type="auto"/>
        <w:tblLayout w:type="fixed"/>
        <w:tblLook w:val="04A0" w:firstRow="1" w:lastRow="0" w:firstColumn="1" w:lastColumn="0" w:noHBand="0" w:noVBand="1"/>
      </w:tblPr>
      <w:tblGrid>
        <w:gridCol w:w="5472"/>
        <w:gridCol w:w="5472"/>
      </w:tblGrid>
      <w:tr w:rsidR="001027F3" w14:paraId="73E32B13" w14:textId="77777777">
        <w:tc>
          <w:tcPr>
            <w:tcW w:w="5472" w:type="dxa"/>
          </w:tcPr>
          <w:p w14:paraId="0E6BF1EC" w14:textId="3FD5FEA6" w:rsidR="001027F3" w:rsidRDefault="00000000">
            <w:r>
              <w:t>Name Of Contact:</w:t>
            </w:r>
          </w:p>
        </w:tc>
        <w:tc>
          <w:tcPr>
            <w:tcW w:w="5472" w:type="dxa"/>
            <w:shd w:val="clear" w:color="auto" w:fill="EEF1FB"/>
            <w:vAlign w:val="center"/>
          </w:tcPr>
          <w:p w14:paraId="5E2CB330" w14:textId="797B5184" w:rsidR="001027F3" w:rsidRDefault="00812390">
            <w:r>
              <w:rPr>
                <w:b/>
                <w:noProof/>
                <w:color w:val="B40000"/>
                <w:sz w:val="32"/>
              </w:rPr>
              <mc:AlternateContent>
                <mc:Choice Requires="wps">
                  <w:drawing>
                    <wp:anchor distT="0" distB="0" distL="114300" distR="114300" simplePos="0" relativeHeight="251684864" behindDoc="0" locked="0" layoutInCell="1" allowOverlap="1" wp14:anchorId="0AF33070" wp14:editId="69504E4E">
                      <wp:simplePos x="0" y="0"/>
                      <wp:positionH relativeFrom="column">
                        <wp:posOffset>-74930</wp:posOffset>
                      </wp:positionH>
                      <wp:positionV relativeFrom="paragraph">
                        <wp:posOffset>1270</wp:posOffset>
                      </wp:positionV>
                      <wp:extent cx="3481705" cy="309880"/>
                      <wp:effectExtent l="0" t="0" r="10795" b="7620"/>
                      <wp:wrapNone/>
                      <wp:docPr id="330473620" name="Text Box 1"/>
                      <wp:cNvGraphicFramePr/>
                      <a:graphic xmlns:a="http://schemas.openxmlformats.org/drawingml/2006/main">
                        <a:graphicData uri="http://schemas.microsoft.com/office/word/2010/wordprocessingShape">
                          <wps:wsp>
                            <wps:cNvSpPr txBox="1"/>
                            <wps:spPr>
                              <a:xfrm>
                                <a:off x="0" y="0"/>
                                <a:ext cx="3481705" cy="309880"/>
                              </a:xfrm>
                              <a:prstGeom prst="rect">
                                <a:avLst/>
                              </a:prstGeom>
                              <a:solidFill>
                                <a:schemeClr val="lt1"/>
                              </a:solidFill>
                              <a:ln w="6350">
                                <a:solidFill>
                                  <a:prstClr val="black"/>
                                </a:solidFill>
                              </a:ln>
                            </wps:spPr>
                            <wps:txbx>
                              <w:txbxContent>
                                <w:p w14:paraId="28810A77" w14:textId="77777777" w:rsidR="00812390" w:rsidRDefault="00812390" w:rsidP="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F33070" id="_x0000_t202" coordsize="21600,21600" o:spt="202" path="m,l,21600r21600,l21600,xe">
                      <v:stroke joinstyle="miter"/>
                      <v:path gradientshapeok="t" o:connecttype="rect"/>
                    </v:shapetype>
                    <v:shape id="Text Box 1" o:spid="_x0000_s1026" type="#_x0000_t202" style="position:absolute;margin-left:-5.9pt;margin-top:.1pt;width:274.15pt;height:24.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" fillcolor="white [3201]" strokeweight=".5pt">
                      <v:textbox>
                        <w:txbxContent>
                          <w:p w14:paraId="28810A77" w14:textId="77777777" w:rsidR="00812390" w:rsidRDefault="00812390" w:rsidP="00812390"/>
                        </w:txbxContent>
                      </v:textbox>
                    </v:shape>
                  </w:pict>
                </mc:Fallback>
              </mc:AlternateContent>
            </w:r>
          </w:p>
        </w:tc>
      </w:tr>
      <w:tr w:rsidR="001027F3" w14:paraId="2817A20D" w14:textId="77777777">
        <w:tc>
          <w:tcPr>
            <w:tcW w:w="5472" w:type="dxa"/>
          </w:tcPr>
          <w:p w14:paraId="6CF874A8" w14:textId="0C5B2E53" w:rsidR="001027F3" w:rsidRDefault="00812390">
            <w:r>
              <w:rPr>
                <w:noProof/>
              </w:rPr>
              <mc:AlternateContent>
                <mc:Choice Requires="wps">
                  <w:drawing>
                    <wp:anchor distT="0" distB="0" distL="114300" distR="114300" simplePos="0" relativeHeight="251673600" behindDoc="0" locked="0" layoutInCell="1" allowOverlap="1" wp14:anchorId="210CCCAB" wp14:editId="6856EDBA">
                      <wp:simplePos x="0" y="0"/>
                      <wp:positionH relativeFrom="column">
                        <wp:posOffset>3397195</wp:posOffset>
                      </wp:positionH>
                      <wp:positionV relativeFrom="paragraph">
                        <wp:posOffset>299416</wp:posOffset>
                      </wp:positionV>
                      <wp:extent cx="3481705" cy="302150"/>
                      <wp:effectExtent l="0" t="0" r="10795" b="15875"/>
                      <wp:wrapNone/>
                      <wp:docPr id="727266608" name="Text Box 3"/>
                      <wp:cNvGraphicFramePr/>
                      <a:graphic xmlns:a="http://schemas.openxmlformats.org/drawingml/2006/main">
                        <a:graphicData uri="http://schemas.microsoft.com/office/word/2010/wordprocessingShape">
                          <wps:wsp>
                            <wps:cNvSpPr txBox="1"/>
                            <wps:spPr>
                              <a:xfrm>
                                <a:off x="0" y="0"/>
                                <a:ext cx="3481705" cy="302150"/>
                              </a:xfrm>
                              <a:prstGeom prst="rect">
                                <a:avLst/>
                              </a:prstGeom>
                              <a:solidFill>
                                <a:schemeClr val="lt1"/>
                              </a:solidFill>
                              <a:ln w="6350">
                                <a:solidFill>
                                  <a:prstClr val="black"/>
                                </a:solidFill>
                              </a:ln>
                            </wps:spPr>
                            <wps:txbx>
                              <w:txbxContent>
                                <w:p w14:paraId="369410AB" w14:textId="77777777" w:rsidR="00812390" w:rsidRDefault="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CCCAB" id="Text Box 3" o:spid="_x0000_s1027" type="#_x0000_t202" style="position:absolute;margin-left:267.5pt;margin-top:23.6pt;width:274.15pt;height:23.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" fillcolor="white [3201]" strokeweight=".5pt">
                      <v:textbox>
                        <w:txbxContent>
                          <w:p w14:paraId="369410AB" w14:textId="77777777" w:rsidR="00812390" w:rsidRDefault="00812390"/>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7384323" wp14:editId="21F462BD">
                      <wp:simplePos x="0" y="0"/>
                      <wp:positionH relativeFrom="column">
                        <wp:posOffset>3397195</wp:posOffset>
                      </wp:positionH>
                      <wp:positionV relativeFrom="paragraph">
                        <wp:posOffset>12948</wp:posOffset>
                      </wp:positionV>
                      <wp:extent cx="3482008" cy="286468"/>
                      <wp:effectExtent l="0" t="0" r="10795" b="18415"/>
                      <wp:wrapNone/>
                      <wp:docPr id="617538146" name="Text Box 2"/>
                      <wp:cNvGraphicFramePr/>
                      <a:graphic xmlns:a="http://schemas.openxmlformats.org/drawingml/2006/main">
                        <a:graphicData uri="http://schemas.microsoft.com/office/word/2010/wordprocessingShape">
                          <wps:wsp>
                            <wps:cNvSpPr txBox="1"/>
                            <wps:spPr>
                              <a:xfrm>
                                <a:off x="0" y="0"/>
                                <a:ext cx="3482008" cy="286468"/>
                              </a:xfrm>
                              <a:prstGeom prst="rect">
                                <a:avLst/>
                              </a:prstGeom>
                              <a:solidFill>
                                <a:schemeClr val="lt1"/>
                              </a:solidFill>
                              <a:ln w="6350">
                                <a:solidFill>
                                  <a:prstClr val="black"/>
                                </a:solidFill>
                              </a:ln>
                            </wps:spPr>
                            <wps:txbx>
                              <w:txbxContent>
                                <w:p w14:paraId="1B0FE210" w14:textId="77777777" w:rsidR="00812390" w:rsidRDefault="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384323" id="Text Box 2" o:spid="_x0000_s1028" type="#_x0000_t202" style="position:absolute;margin-left:267.5pt;margin-top:1pt;width:274.15pt;height:22.5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" fillcolor="white [3201]" strokeweight=".5pt">
                      <v:textbox>
                        <w:txbxContent>
                          <w:p w14:paraId="1B0FE210" w14:textId="77777777" w:rsidR="00812390" w:rsidRDefault="00812390"/>
                        </w:txbxContent>
                      </v:textbox>
                    </v:shape>
                  </w:pict>
                </mc:Fallback>
              </mc:AlternateContent>
            </w:r>
            <w:r w:rsidR="00000000">
              <w:t>Email:</w:t>
            </w:r>
          </w:p>
        </w:tc>
        <w:tc>
          <w:tcPr>
            <w:tcW w:w="5472" w:type="dxa"/>
            <w:shd w:val="clear" w:color="auto" w:fill="EEF1FB"/>
            <w:vAlign w:val="center"/>
          </w:tcPr>
          <w:p w14:paraId="12A03B82" w14:textId="143CD52E" w:rsidR="001027F3" w:rsidRDefault="001027F3"/>
        </w:tc>
      </w:tr>
      <w:tr w:rsidR="001027F3" w14:paraId="3C7E1BE0" w14:textId="77777777">
        <w:tc>
          <w:tcPr>
            <w:tcW w:w="5472" w:type="dxa"/>
          </w:tcPr>
          <w:p w14:paraId="2DB08C90" w14:textId="77777777" w:rsidR="001027F3" w:rsidRDefault="00000000">
            <w:r>
              <w:t>Phone:</w:t>
            </w:r>
          </w:p>
        </w:tc>
        <w:tc>
          <w:tcPr>
            <w:tcW w:w="5472" w:type="dxa"/>
            <w:shd w:val="clear" w:color="auto" w:fill="EEF1FB"/>
            <w:vAlign w:val="center"/>
          </w:tcPr>
          <w:p w14:paraId="690D40DC" w14:textId="7228AFAD" w:rsidR="001027F3" w:rsidRDefault="001027F3"/>
        </w:tc>
      </w:tr>
      <w:tr w:rsidR="001027F3" w14:paraId="077B37C9" w14:textId="77777777">
        <w:tc>
          <w:tcPr>
            <w:tcW w:w="5472" w:type="dxa"/>
          </w:tcPr>
          <w:p w14:paraId="4D00460D" w14:textId="77777777" w:rsidR="001027F3" w:rsidRDefault="00000000">
            <w:r>
              <w:t>Address:</w:t>
            </w:r>
          </w:p>
        </w:tc>
        <w:tc>
          <w:tcPr>
            <w:tcW w:w="5472" w:type="dxa"/>
            <w:shd w:val="clear" w:color="auto" w:fill="EEF1FB"/>
            <w:vAlign w:val="center"/>
          </w:tcPr>
          <w:p w14:paraId="1E8C4D39" w14:textId="1DE87F14" w:rsidR="001027F3" w:rsidRDefault="00265067">
            <w:r>
              <w:rPr>
                <w:b/>
                <w:noProof/>
                <w:color w:val="B40000"/>
                <w:sz w:val="32"/>
              </w:rPr>
              <mc:AlternateContent>
                <mc:Choice Requires="wps">
                  <w:drawing>
                    <wp:anchor distT="0" distB="0" distL="114300" distR="114300" simplePos="0" relativeHeight="251683840" behindDoc="0" locked="0" layoutInCell="1" allowOverlap="1" wp14:anchorId="23902191" wp14:editId="2DE16436">
                      <wp:simplePos x="0" y="0"/>
                      <wp:positionH relativeFrom="column">
                        <wp:posOffset>-79375</wp:posOffset>
                      </wp:positionH>
                      <wp:positionV relativeFrom="paragraph">
                        <wp:posOffset>5080</wp:posOffset>
                      </wp:positionV>
                      <wp:extent cx="3489960" cy="309880"/>
                      <wp:effectExtent l="0" t="0" r="15240" b="7620"/>
                      <wp:wrapNone/>
                      <wp:docPr id="1913740240" name="Text Box 1"/>
                      <wp:cNvGraphicFramePr/>
                      <a:graphic xmlns:a="http://schemas.openxmlformats.org/drawingml/2006/main">
                        <a:graphicData uri="http://schemas.microsoft.com/office/word/2010/wordprocessingShape">
                          <wps:wsp>
                            <wps:cNvSpPr txBox="1"/>
                            <wps:spPr>
                              <a:xfrm>
                                <a:off x="0" y="0"/>
                                <a:ext cx="3489960" cy="309880"/>
                              </a:xfrm>
                              <a:prstGeom prst="rect">
                                <a:avLst/>
                              </a:prstGeom>
                              <a:solidFill>
                                <a:schemeClr val="lt1"/>
                              </a:solidFill>
                              <a:ln w="6350">
                                <a:solidFill>
                                  <a:prstClr val="black"/>
                                </a:solidFill>
                              </a:ln>
                            </wps:spPr>
                            <wps:txbx>
                              <w:txbxContent>
                                <w:p w14:paraId="04160DCE" w14:textId="77777777" w:rsidR="00265067" w:rsidRDefault="00265067" w:rsidP="002650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02191" id="_x0000_s1029" type="#_x0000_t202" style="position:absolute;margin-left:-6.25pt;margin-top:.4pt;width:274.8pt;height:2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" fillcolor="white [3201]" strokeweight=".5pt">
                      <v:textbox>
                        <w:txbxContent>
                          <w:p w14:paraId="04160DCE" w14:textId="77777777" w:rsidR="00265067" w:rsidRDefault="00265067" w:rsidP="00265067"/>
                        </w:txbxContent>
                      </v:textbox>
                    </v:shape>
                  </w:pict>
                </mc:Fallback>
              </mc:AlternateContent>
            </w:r>
          </w:p>
        </w:tc>
      </w:tr>
    </w:tbl>
    <w:p w14:paraId="1D17D6B7" w14:textId="77777777" w:rsidR="001027F3" w:rsidRDefault="00000000">
      <w:pPr>
        <w:pBdr>
          <w:bottom w:val="single" w:sz="8" w:space="0" w:color="CC0000"/>
        </w:pBdr>
      </w:pPr>
      <w:r>
        <w:rPr>
          <w:b/>
          <w:color w:val="B40000"/>
          <w:sz w:val="32"/>
        </w:rPr>
        <w:t>EVENT INFORMATION:</w:t>
      </w:r>
    </w:p>
    <w:tbl>
      <w:tblPr>
        <w:tblW w:w="0" w:type="auto"/>
        <w:tblLook w:val="04A0" w:firstRow="1" w:lastRow="0" w:firstColumn="1" w:lastColumn="0" w:noHBand="0" w:noVBand="1"/>
      </w:tblPr>
      <w:tblGrid>
        <w:gridCol w:w="5472"/>
        <w:gridCol w:w="5472"/>
      </w:tblGrid>
      <w:tr w:rsidR="001027F3" w14:paraId="69870005" w14:textId="77777777" w:rsidTr="00812390">
        <w:tc>
          <w:tcPr>
            <w:tcW w:w="5472" w:type="dxa"/>
          </w:tcPr>
          <w:p w14:paraId="3694E2E7" w14:textId="77777777" w:rsidR="001027F3" w:rsidRDefault="00000000">
            <w:r>
              <w:t>Event Type:</w:t>
            </w:r>
          </w:p>
        </w:tc>
        <w:tc>
          <w:tcPr>
            <w:tcW w:w="5472" w:type="dxa"/>
            <w:shd w:val="clear" w:color="auto" w:fill="EEF1FB"/>
          </w:tcPr>
          <w:p w14:paraId="08D18925" w14:textId="5A6C875F" w:rsidR="001027F3" w:rsidRDefault="00812390">
            <w:r>
              <w:rPr>
                <w:noProof/>
              </w:rPr>
              <mc:AlternateContent>
                <mc:Choice Requires="wps">
                  <w:drawing>
                    <wp:anchor distT="0" distB="0" distL="114300" distR="114300" simplePos="0" relativeHeight="251720704" behindDoc="0" locked="0" layoutInCell="1" allowOverlap="1" wp14:anchorId="64998611" wp14:editId="1A47237C">
                      <wp:simplePos x="0" y="0"/>
                      <wp:positionH relativeFrom="column">
                        <wp:posOffset>-77525</wp:posOffset>
                      </wp:positionH>
                      <wp:positionV relativeFrom="paragraph">
                        <wp:posOffset>311233</wp:posOffset>
                      </wp:positionV>
                      <wp:extent cx="3489960" cy="286385"/>
                      <wp:effectExtent l="0" t="0" r="15240" b="18415"/>
                      <wp:wrapNone/>
                      <wp:docPr id="80654110" name="Text Box 2"/>
                      <wp:cNvGraphicFramePr/>
                      <a:graphic xmlns:a="http://schemas.openxmlformats.org/drawingml/2006/main">
                        <a:graphicData uri="http://schemas.microsoft.com/office/word/2010/wordprocessingShape">
                          <wps:wsp>
                            <wps:cNvSpPr txBox="1"/>
                            <wps:spPr>
                              <a:xfrm>
                                <a:off x="0" y="0"/>
                                <a:ext cx="3489960" cy="286385"/>
                              </a:xfrm>
                              <a:prstGeom prst="rect">
                                <a:avLst/>
                              </a:prstGeom>
                              <a:solidFill>
                                <a:schemeClr val="lt1"/>
                              </a:solidFill>
                              <a:ln w="6350">
                                <a:solidFill>
                                  <a:prstClr val="black"/>
                                </a:solidFill>
                              </a:ln>
                            </wps:spPr>
                            <wps:txbx>
                              <w:txbxContent>
                                <w:p w14:paraId="5BCEA365" w14:textId="77777777" w:rsidR="00812390" w:rsidRDefault="00812390" w:rsidP="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998611" id="_x0000_s1030" type="#_x0000_t202" style="position:absolute;margin-left:-6.1pt;margin-top:24.5pt;width:274.8pt;height:22.5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" fillcolor="white [3201]" strokeweight=".5pt">
                      <v:textbox>
                        <w:txbxContent>
                          <w:p w14:paraId="5BCEA365" w14:textId="77777777" w:rsidR="00812390" w:rsidRDefault="00812390" w:rsidP="00812390"/>
                        </w:txbxContent>
                      </v:textbox>
                    </v:shape>
                  </w:pict>
                </mc:Fallback>
              </mc:AlternateContent>
            </w:r>
            <w:r>
              <w:rPr>
                <w:b/>
                <w:noProof/>
                <w:color w:val="B40000"/>
                <w:sz w:val="32"/>
              </w:rPr>
              <mc:AlternateContent>
                <mc:Choice Requires="wps">
                  <w:drawing>
                    <wp:anchor distT="0" distB="0" distL="114300" distR="114300" simplePos="0" relativeHeight="251711488" behindDoc="0" locked="0" layoutInCell="1" allowOverlap="1" wp14:anchorId="5A850518" wp14:editId="42DBA868">
                      <wp:simplePos x="0" y="0"/>
                      <wp:positionH relativeFrom="column">
                        <wp:posOffset>-77524</wp:posOffset>
                      </wp:positionH>
                      <wp:positionV relativeFrom="paragraph">
                        <wp:posOffset>1132</wp:posOffset>
                      </wp:positionV>
                      <wp:extent cx="3489656" cy="309880"/>
                      <wp:effectExtent l="0" t="0" r="15875" b="7620"/>
                      <wp:wrapNone/>
                      <wp:docPr id="47089181" name="Text Box 1"/>
                      <wp:cNvGraphicFramePr/>
                      <a:graphic xmlns:a="http://schemas.openxmlformats.org/drawingml/2006/main">
                        <a:graphicData uri="http://schemas.microsoft.com/office/word/2010/wordprocessingShape">
                          <wps:wsp>
                            <wps:cNvSpPr txBox="1"/>
                            <wps:spPr>
                              <a:xfrm>
                                <a:off x="0" y="0"/>
                                <a:ext cx="3489656" cy="309880"/>
                              </a:xfrm>
                              <a:prstGeom prst="rect">
                                <a:avLst/>
                              </a:prstGeom>
                              <a:solidFill>
                                <a:schemeClr val="lt1"/>
                              </a:solidFill>
                              <a:ln w="6350">
                                <a:solidFill>
                                  <a:prstClr val="black"/>
                                </a:solidFill>
                              </a:ln>
                            </wps:spPr>
                            <wps:txbx>
                              <w:txbxContent>
                                <w:p w14:paraId="51022EEA" w14:textId="77777777" w:rsidR="00812390" w:rsidRDefault="00812390" w:rsidP="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50518" id="_x0000_s1031" type="#_x0000_t202" style="position:absolute;margin-left:-6.1pt;margin-top:.1pt;width:274.8pt;height:24.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" fillcolor="white [3201]" strokeweight=".5pt">
                      <v:textbox>
                        <w:txbxContent>
                          <w:p w14:paraId="51022EEA" w14:textId="77777777" w:rsidR="00812390" w:rsidRDefault="00812390" w:rsidP="00812390"/>
                        </w:txbxContent>
                      </v:textbox>
                    </v:shape>
                  </w:pict>
                </mc:Fallback>
              </mc:AlternateContent>
            </w:r>
            <w:r>
              <w:rPr>
                <w:noProof/>
              </w:rPr>
              <mc:AlternateContent>
                <mc:Choice Requires="wps">
                  <w:drawing>
                    <wp:anchor distT="0" distB="0" distL="114300" distR="114300" simplePos="0" relativeHeight="251731968" behindDoc="0" locked="0" layoutInCell="1" allowOverlap="1" wp14:anchorId="08A05F5A" wp14:editId="7FD8779E">
                      <wp:simplePos x="0" y="0"/>
                      <wp:positionH relativeFrom="column">
                        <wp:posOffset>-77524</wp:posOffset>
                      </wp:positionH>
                      <wp:positionV relativeFrom="paragraph">
                        <wp:posOffset>597480</wp:posOffset>
                      </wp:positionV>
                      <wp:extent cx="3489656" cy="301625"/>
                      <wp:effectExtent l="0" t="0" r="15875" b="15875"/>
                      <wp:wrapNone/>
                      <wp:docPr id="919735712" name="Text Box 3"/>
                      <wp:cNvGraphicFramePr/>
                      <a:graphic xmlns:a="http://schemas.openxmlformats.org/drawingml/2006/main">
                        <a:graphicData uri="http://schemas.microsoft.com/office/word/2010/wordprocessingShape">
                          <wps:wsp>
                            <wps:cNvSpPr txBox="1"/>
                            <wps:spPr>
                              <a:xfrm>
                                <a:off x="0" y="0"/>
                                <a:ext cx="3489656" cy="301625"/>
                              </a:xfrm>
                              <a:prstGeom prst="rect">
                                <a:avLst/>
                              </a:prstGeom>
                              <a:solidFill>
                                <a:schemeClr val="lt1"/>
                              </a:solidFill>
                              <a:ln w="6350">
                                <a:solidFill>
                                  <a:prstClr val="black"/>
                                </a:solidFill>
                              </a:ln>
                            </wps:spPr>
                            <wps:txbx>
                              <w:txbxContent>
                                <w:p w14:paraId="5DC9E8BF" w14:textId="77777777" w:rsidR="00812390" w:rsidRDefault="00812390" w:rsidP="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05F5A" id="_x0000_s1032" type="#_x0000_t202" style="position:absolute;margin-left:-6.1pt;margin-top:47.05pt;width:274.8pt;height:23.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" fillcolor="white [3201]" strokeweight=".5pt">
                      <v:textbox>
                        <w:txbxContent>
                          <w:p w14:paraId="5DC9E8BF" w14:textId="77777777" w:rsidR="00812390" w:rsidRDefault="00812390" w:rsidP="00812390"/>
                        </w:txbxContent>
                      </v:textbox>
                    </v:shape>
                  </w:pict>
                </mc:Fallback>
              </mc:AlternateContent>
            </w:r>
            <w:r>
              <w:rPr>
                <w:b/>
                <w:noProof/>
                <w:color w:val="B40000"/>
                <w:sz w:val="32"/>
              </w:rPr>
              <mc:AlternateContent>
                <mc:Choice Requires="wps">
                  <w:drawing>
                    <wp:anchor distT="0" distB="0" distL="114300" distR="114300" simplePos="0" relativeHeight="251700224" behindDoc="0" locked="0" layoutInCell="1" allowOverlap="1" wp14:anchorId="19F9D42D" wp14:editId="2E71E06F">
                      <wp:simplePos x="0" y="0"/>
                      <wp:positionH relativeFrom="column">
                        <wp:posOffset>-74930</wp:posOffset>
                      </wp:positionH>
                      <wp:positionV relativeFrom="paragraph">
                        <wp:posOffset>898525</wp:posOffset>
                      </wp:positionV>
                      <wp:extent cx="3489960" cy="309880"/>
                      <wp:effectExtent l="0" t="0" r="15240" b="7620"/>
                      <wp:wrapNone/>
                      <wp:docPr id="2089543220" name="Text Box 1"/>
                      <wp:cNvGraphicFramePr/>
                      <a:graphic xmlns:a="http://schemas.openxmlformats.org/drawingml/2006/main">
                        <a:graphicData uri="http://schemas.microsoft.com/office/word/2010/wordprocessingShape">
                          <wps:wsp>
                            <wps:cNvSpPr txBox="1"/>
                            <wps:spPr>
                              <a:xfrm>
                                <a:off x="0" y="0"/>
                                <a:ext cx="3489960" cy="309880"/>
                              </a:xfrm>
                              <a:prstGeom prst="rect">
                                <a:avLst/>
                              </a:prstGeom>
                              <a:solidFill>
                                <a:schemeClr val="lt1"/>
                              </a:solidFill>
                              <a:ln w="6350">
                                <a:solidFill>
                                  <a:prstClr val="black"/>
                                </a:solidFill>
                              </a:ln>
                            </wps:spPr>
                            <wps:txbx>
                              <w:txbxContent>
                                <w:p w14:paraId="015C67AE" w14:textId="77777777" w:rsidR="00812390" w:rsidRDefault="00812390" w:rsidP="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9D42D" id="_x0000_s1033" type="#_x0000_t202" style="position:absolute;margin-left:-5.9pt;margin-top:70.75pt;width:274.8pt;height:24.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" fillcolor="white [3201]" strokeweight=".5pt">
                      <v:textbox>
                        <w:txbxContent>
                          <w:p w14:paraId="015C67AE" w14:textId="77777777" w:rsidR="00812390" w:rsidRDefault="00812390" w:rsidP="00812390"/>
                        </w:txbxContent>
                      </v:textbox>
                    </v:shape>
                  </w:pict>
                </mc:Fallback>
              </mc:AlternateContent>
            </w:r>
          </w:p>
        </w:tc>
      </w:tr>
      <w:tr w:rsidR="001027F3" w14:paraId="74109CB8" w14:textId="77777777" w:rsidTr="00812390">
        <w:tc>
          <w:tcPr>
            <w:tcW w:w="5472" w:type="dxa"/>
          </w:tcPr>
          <w:p w14:paraId="7B18A6C4" w14:textId="77777777" w:rsidR="001027F3" w:rsidRDefault="00000000">
            <w:r>
              <w:t>Date:</w:t>
            </w:r>
          </w:p>
        </w:tc>
        <w:tc>
          <w:tcPr>
            <w:tcW w:w="5472" w:type="dxa"/>
            <w:shd w:val="clear" w:color="auto" w:fill="EEF1FB"/>
          </w:tcPr>
          <w:p w14:paraId="7BC29D11" w14:textId="77777777" w:rsidR="001027F3" w:rsidRDefault="001027F3"/>
        </w:tc>
      </w:tr>
      <w:tr w:rsidR="001027F3" w14:paraId="6BA6EC20" w14:textId="77777777" w:rsidTr="00812390">
        <w:tc>
          <w:tcPr>
            <w:tcW w:w="5472" w:type="dxa"/>
          </w:tcPr>
          <w:p w14:paraId="3C592F50" w14:textId="77777777" w:rsidR="001027F3" w:rsidRDefault="00000000">
            <w:r>
              <w:t>Location:</w:t>
            </w:r>
          </w:p>
        </w:tc>
        <w:tc>
          <w:tcPr>
            <w:tcW w:w="5472" w:type="dxa"/>
            <w:shd w:val="clear" w:color="auto" w:fill="EEF1FB"/>
          </w:tcPr>
          <w:p w14:paraId="4478DC44" w14:textId="77777777" w:rsidR="001027F3" w:rsidRDefault="001027F3"/>
        </w:tc>
      </w:tr>
      <w:tr w:rsidR="001027F3" w14:paraId="4F30F813" w14:textId="77777777" w:rsidTr="00812390">
        <w:tc>
          <w:tcPr>
            <w:tcW w:w="5472" w:type="dxa"/>
          </w:tcPr>
          <w:p w14:paraId="7DBD7624" w14:textId="77777777" w:rsidR="001027F3" w:rsidRDefault="00000000">
            <w:r>
              <w:t>Number Of Guests:</w:t>
            </w:r>
          </w:p>
        </w:tc>
        <w:tc>
          <w:tcPr>
            <w:tcW w:w="5472" w:type="dxa"/>
            <w:shd w:val="clear" w:color="auto" w:fill="EEF1FB"/>
          </w:tcPr>
          <w:p w14:paraId="686A4048" w14:textId="77777777" w:rsidR="001027F3" w:rsidRDefault="001027F3"/>
        </w:tc>
      </w:tr>
      <w:tr w:rsidR="001027F3" w14:paraId="6751DDEC" w14:textId="77777777" w:rsidTr="00812390">
        <w:trPr>
          <w:trHeight w:val="567"/>
        </w:trPr>
        <w:tc>
          <w:tcPr>
            <w:tcW w:w="5472" w:type="dxa"/>
          </w:tcPr>
          <w:p w14:paraId="24A9DCA7" w14:textId="75D9A644" w:rsidR="001027F3" w:rsidRDefault="00812390">
            <w:r>
              <w:rPr>
                <w:noProof/>
              </w:rPr>
              <mc:AlternateContent>
                <mc:Choice Requires="wps">
                  <w:drawing>
                    <wp:anchor distT="0" distB="0" distL="114300" distR="114300" simplePos="0" relativeHeight="251735040" behindDoc="0" locked="0" layoutInCell="1" allowOverlap="1" wp14:anchorId="1C094E52" wp14:editId="61BBDBDD">
                      <wp:simplePos x="0" y="0"/>
                      <wp:positionH relativeFrom="column">
                        <wp:posOffset>3397195</wp:posOffset>
                      </wp:positionH>
                      <wp:positionV relativeFrom="paragraph">
                        <wp:posOffset>16344</wp:posOffset>
                      </wp:positionV>
                      <wp:extent cx="3489960" cy="270566"/>
                      <wp:effectExtent l="0" t="0" r="15240" b="8890"/>
                      <wp:wrapNone/>
                      <wp:docPr id="138227675" name="Text Box 4"/>
                      <wp:cNvGraphicFramePr/>
                      <a:graphic xmlns:a="http://schemas.openxmlformats.org/drawingml/2006/main">
                        <a:graphicData uri="http://schemas.microsoft.com/office/word/2010/wordprocessingShape">
                          <wps:wsp>
                            <wps:cNvSpPr txBox="1"/>
                            <wps:spPr>
                              <a:xfrm>
                                <a:off x="0" y="0"/>
                                <a:ext cx="3489960" cy="270566"/>
                              </a:xfrm>
                              <a:prstGeom prst="rect">
                                <a:avLst/>
                              </a:prstGeom>
                              <a:solidFill>
                                <a:schemeClr val="lt1"/>
                              </a:solidFill>
                              <a:ln w="6350">
                                <a:solidFill>
                                  <a:prstClr val="black"/>
                                </a:solidFill>
                              </a:ln>
                            </wps:spPr>
                            <wps:txbx>
                              <w:txbxContent>
                                <w:p w14:paraId="2F0B72AE" w14:textId="77777777" w:rsidR="00812390" w:rsidRDefault="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094E52" id="Text Box 4" o:spid="_x0000_s1034" type="#_x0000_t202" style="position:absolute;margin-left:267.5pt;margin-top:1.3pt;width:274.8pt;height:21.3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" fillcolor="white [3201]" strokeweight=".5pt">
                      <v:textbox>
                        <w:txbxContent>
                          <w:p w14:paraId="2F0B72AE" w14:textId="77777777" w:rsidR="00812390" w:rsidRDefault="00812390"/>
                        </w:txbxContent>
                      </v:textbox>
                    </v:shape>
                  </w:pict>
                </mc:Fallback>
              </mc:AlternateContent>
            </w:r>
            <w:r w:rsidR="00000000">
              <w:t>Start and End Times:</w:t>
            </w:r>
          </w:p>
        </w:tc>
        <w:tc>
          <w:tcPr>
            <w:tcW w:w="5472" w:type="dxa"/>
            <w:shd w:val="clear" w:color="auto" w:fill="EEF1FB"/>
          </w:tcPr>
          <w:p w14:paraId="2382ADCA" w14:textId="20BF1C15" w:rsidR="001027F3" w:rsidRDefault="001027F3"/>
        </w:tc>
      </w:tr>
      <w:tr w:rsidR="001027F3" w14:paraId="220CA58B" w14:textId="77777777" w:rsidTr="00812390">
        <w:trPr>
          <w:trHeight w:val="378"/>
        </w:trPr>
        <w:tc>
          <w:tcPr>
            <w:tcW w:w="5472" w:type="dxa"/>
          </w:tcPr>
          <w:p w14:paraId="4ABB81C6" w14:textId="383A3920" w:rsidR="001027F3" w:rsidRDefault="001D55C2">
            <w:r>
              <w:rPr>
                <w:noProof/>
              </w:rPr>
              <mc:AlternateContent>
                <mc:Choice Requires="wps">
                  <w:drawing>
                    <wp:anchor distT="0" distB="0" distL="114300" distR="114300" simplePos="0" relativeHeight="251748352" behindDoc="0" locked="0" layoutInCell="1" allowOverlap="1" wp14:anchorId="2CAE4064" wp14:editId="35F85844">
                      <wp:simplePos x="0" y="0"/>
                      <wp:positionH relativeFrom="column">
                        <wp:posOffset>3400177</wp:posOffset>
                      </wp:positionH>
                      <wp:positionV relativeFrom="paragraph">
                        <wp:posOffset>284673</wp:posOffset>
                      </wp:positionV>
                      <wp:extent cx="3481705" cy="278130"/>
                      <wp:effectExtent l="0" t="0" r="10795" b="13970"/>
                      <wp:wrapNone/>
                      <wp:docPr id="1447572880" name="Text Box 9"/>
                      <wp:cNvGraphicFramePr/>
                      <a:graphic xmlns:a="http://schemas.openxmlformats.org/drawingml/2006/main">
                        <a:graphicData uri="http://schemas.microsoft.com/office/word/2010/wordprocessingShape">
                          <wps:wsp>
                            <wps:cNvSpPr txBox="1"/>
                            <wps:spPr>
                              <a:xfrm>
                                <a:off x="0" y="0"/>
                                <a:ext cx="3481705" cy="278130"/>
                              </a:xfrm>
                              <a:prstGeom prst="rect">
                                <a:avLst/>
                              </a:prstGeom>
                              <a:solidFill>
                                <a:schemeClr val="lt1"/>
                              </a:solidFill>
                              <a:ln w="6350">
                                <a:solidFill>
                                  <a:prstClr val="black"/>
                                </a:solidFill>
                              </a:ln>
                            </wps:spPr>
                            <wps:txbx>
                              <w:txbxContent>
                                <w:p w14:paraId="1499F15D" w14:textId="77777777" w:rsidR="001D55C2" w:rsidRDefault="001D55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AE4064" id="Text Box 9" o:spid="_x0000_s1035" type="#_x0000_t202" style="position:absolute;margin-left:267.75pt;margin-top:22.4pt;width:274.15pt;height:21.9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" fillcolor="white [3201]" strokeweight=".5pt">
                      <v:textbox>
                        <w:txbxContent>
                          <w:p w14:paraId="1499F15D" w14:textId="77777777" w:rsidR="001D55C2" w:rsidRDefault="001D55C2"/>
                        </w:txbxContent>
                      </v:textbox>
                    </v:shape>
                  </w:pict>
                </mc:Fallback>
              </mc:AlternateContent>
            </w:r>
            <w:r w:rsidR="00000000">
              <w:t>Type Of Booth:</w:t>
            </w:r>
          </w:p>
        </w:tc>
        <w:tc>
          <w:tcPr>
            <w:tcW w:w="5472" w:type="dxa"/>
          </w:tcPr>
          <w:p w14:paraId="166E5702" w14:textId="5EA51E6E" w:rsidR="001027F3" w:rsidRDefault="00812390">
            <w:r>
              <w:rPr>
                <w:noProof/>
              </w:rPr>
              <mc:AlternateContent>
                <mc:Choice Requires="wps">
                  <w:drawing>
                    <wp:anchor distT="0" distB="0" distL="114300" distR="114300" simplePos="0" relativeHeight="251747328" behindDoc="0" locked="0" layoutInCell="1" allowOverlap="1" wp14:anchorId="59B6A2DA" wp14:editId="342769C7">
                      <wp:simplePos x="0" y="0"/>
                      <wp:positionH relativeFrom="column">
                        <wp:posOffset>2084788</wp:posOffset>
                      </wp:positionH>
                      <wp:positionV relativeFrom="paragraph">
                        <wp:posOffset>-1905</wp:posOffset>
                      </wp:positionV>
                      <wp:extent cx="214685" cy="214630"/>
                      <wp:effectExtent l="0" t="0" r="13970" b="13970"/>
                      <wp:wrapNone/>
                      <wp:docPr id="754955928" name="Text Box 8"/>
                      <wp:cNvGraphicFramePr/>
                      <a:graphic xmlns:a="http://schemas.openxmlformats.org/drawingml/2006/main">
                        <a:graphicData uri="http://schemas.microsoft.com/office/word/2010/wordprocessingShape">
                          <wps:wsp>
                            <wps:cNvSpPr txBox="1"/>
                            <wps:spPr>
                              <a:xfrm>
                                <a:off x="0" y="0"/>
                                <a:ext cx="214685" cy="214630"/>
                              </a:xfrm>
                              <a:prstGeom prst="rect">
                                <a:avLst/>
                              </a:prstGeom>
                              <a:solidFill>
                                <a:schemeClr val="lt1"/>
                              </a:solidFill>
                              <a:ln w="6350">
                                <a:solidFill>
                                  <a:prstClr val="black"/>
                                </a:solidFill>
                              </a:ln>
                            </wps:spPr>
                            <wps:txbx>
                              <w:txbxContent>
                                <w:p w14:paraId="0BDD4EBF" w14:textId="77777777" w:rsidR="00812390" w:rsidRDefault="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B6A2DA" id="Text Box 8" o:spid="_x0000_s1036" type="#_x0000_t202" style="position:absolute;margin-left:164.15pt;margin-top:-.15pt;width:16.9pt;height:16.9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" fillcolor="white [3201]" strokeweight=".5pt">
                      <v:textbox>
                        <w:txbxContent>
                          <w:p w14:paraId="0BDD4EBF" w14:textId="77777777" w:rsidR="00812390" w:rsidRDefault="00812390"/>
                        </w:txbxContent>
                      </v:textbox>
                    </v:shape>
                  </w:pict>
                </mc:Fallback>
              </mc:AlternateContent>
            </w:r>
            <w:r>
              <w:rPr>
                <w:noProof/>
              </w:rPr>
              <mc:AlternateContent>
                <mc:Choice Requires="wps">
                  <w:drawing>
                    <wp:anchor distT="0" distB="0" distL="114300" distR="114300" simplePos="0" relativeHeight="251745280" behindDoc="0" locked="0" layoutInCell="1" allowOverlap="1" wp14:anchorId="4D8DE47A" wp14:editId="19D90DBB">
                      <wp:simplePos x="0" y="0"/>
                      <wp:positionH relativeFrom="column">
                        <wp:posOffset>1090930</wp:posOffset>
                      </wp:positionH>
                      <wp:positionV relativeFrom="paragraph">
                        <wp:posOffset>-1905</wp:posOffset>
                      </wp:positionV>
                      <wp:extent cx="238539" cy="214630"/>
                      <wp:effectExtent l="0" t="0" r="15875" b="13970"/>
                      <wp:wrapNone/>
                      <wp:docPr id="345835015" name="Text Box 7"/>
                      <wp:cNvGraphicFramePr/>
                      <a:graphic xmlns:a="http://schemas.openxmlformats.org/drawingml/2006/main">
                        <a:graphicData uri="http://schemas.microsoft.com/office/word/2010/wordprocessingShape">
                          <wps:wsp>
                            <wps:cNvSpPr txBox="1"/>
                            <wps:spPr>
                              <a:xfrm>
                                <a:off x="0" y="0"/>
                                <a:ext cx="238539" cy="214630"/>
                              </a:xfrm>
                              <a:prstGeom prst="rect">
                                <a:avLst/>
                              </a:prstGeom>
                              <a:solidFill>
                                <a:schemeClr val="lt1"/>
                              </a:solidFill>
                              <a:ln w="6350">
                                <a:solidFill>
                                  <a:prstClr val="black"/>
                                </a:solidFill>
                              </a:ln>
                            </wps:spPr>
                            <wps:txbx>
                              <w:txbxContent>
                                <w:p w14:paraId="722CC44F" w14:textId="77777777" w:rsidR="00812390" w:rsidRDefault="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8DE47A" id="Text Box 7" o:spid="_x0000_s1037" type="#_x0000_t202" style="position:absolute;margin-left:85.9pt;margin-top:-.15pt;width:18.8pt;height:16.9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" fillcolor="white [3201]" strokeweight=".5pt">
                      <v:textbox>
                        <w:txbxContent>
                          <w:p w14:paraId="722CC44F" w14:textId="77777777" w:rsidR="00812390" w:rsidRDefault="00812390"/>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783DE87F" wp14:editId="5D447E96">
                      <wp:simplePos x="0" y="0"/>
                      <wp:positionH relativeFrom="column">
                        <wp:posOffset>-77277</wp:posOffset>
                      </wp:positionH>
                      <wp:positionV relativeFrom="paragraph">
                        <wp:posOffset>-1270</wp:posOffset>
                      </wp:positionV>
                      <wp:extent cx="214243" cy="214686"/>
                      <wp:effectExtent l="0" t="0" r="14605" b="13970"/>
                      <wp:wrapNone/>
                      <wp:docPr id="1830159155" name="Text Box 6"/>
                      <wp:cNvGraphicFramePr/>
                      <a:graphic xmlns:a="http://schemas.openxmlformats.org/drawingml/2006/main">
                        <a:graphicData uri="http://schemas.microsoft.com/office/word/2010/wordprocessingShape">
                          <wps:wsp>
                            <wps:cNvSpPr txBox="1"/>
                            <wps:spPr>
                              <a:xfrm flipH="1">
                                <a:off x="0" y="0"/>
                                <a:ext cx="214243" cy="214686"/>
                              </a:xfrm>
                              <a:prstGeom prst="rect">
                                <a:avLst/>
                              </a:prstGeom>
                              <a:solidFill>
                                <a:schemeClr val="lt1"/>
                              </a:solidFill>
                              <a:ln w="6350">
                                <a:solidFill>
                                  <a:prstClr val="black"/>
                                </a:solidFill>
                              </a:ln>
                            </wps:spPr>
                            <wps:txbx>
                              <w:txbxContent>
                                <w:p w14:paraId="3EE6B7D9" w14:textId="77777777" w:rsidR="00812390" w:rsidRDefault="00812390" w:rsidP="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DE87F" id="Text Box 6" o:spid="_x0000_s1038" type="#_x0000_t202" style="position:absolute;margin-left:-6.1pt;margin-top:-.1pt;width:16.85pt;height:16.9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" fillcolor="white [3201]" strokeweight=".5pt">
                      <v:textbox>
                        <w:txbxContent>
                          <w:p w14:paraId="3EE6B7D9" w14:textId="77777777" w:rsidR="00812390" w:rsidRDefault="00812390" w:rsidP="00812390"/>
                        </w:txbxContent>
                      </v:textbox>
                    </v:shape>
                  </w:pict>
                </mc:Fallback>
              </mc:AlternateContent>
            </w:r>
            <w:r w:rsidR="00000000">
              <w:t xml:space="preserve">  </w:t>
            </w:r>
            <w:r>
              <w:t xml:space="preserve">     </w:t>
            </w:r>
            <w:r w:rsidR="00000000">
              <w:t xml:space="preserve">Open Air Booth      </w:t>
            </w:r>
            <w:r>
              <w:t xml:space="preserve">       </w:t>
            </w:r>
            <w:r w:rsidR="00000000">
              <w:t xml:space="preserve">360 Booth     </w:t>
            </w:r>
            <w:r>
              <w:t xml:space="preserve">  </w:t>
            </w:r>
            <w:r w:rsidR="00000000">
              <w:t xml:space="preserve"> </w:t>
            </w:r>
            <w:r>
              <w:t xml:space="preserve">    </w:t>
            </w:r>
            <w:r w:rsidR="00000000">
              <w:t xml:space="preserve">  Social Booth</w:t>
            </w:r>
          </w:p>
        </w:tc>
      </w:tr>
      <w:tr w:rsidR="001027F3" w14:paraId="7CAC1F98" w14:textId="77777777" w:rsidTr="00812390">
        <w:tc>
          <w:tcPr>
            <w:tcW w:w="5472" w:type="dxa"/>
          </w:tcPr>
          <w:p w14:paraId="5A3799B7" w14:textId="77777777" w:rsidR="001027F3" w:rsidRDefault="00000000">
            <w:r>
              <w:t>Photobooth Cost:</w:t>
            </w:r>
          </w:p>
        </w:tc>
        <w:tc>
          <w:tcPr>
            <w:tcW w:w="5472" w:type="dxa"/>
            <w:shd w:val="clear" w:color="auto" w:fill="EEF1FB"/>
          </w:tcPr>
          <w:p w14:paraId="2210E19E" w14:textId="51534FA1" w:rsidR="001027F3" w:rsidRDefault="00812390">
            <w:r>
              <w:rPr>
                <w:noProof/>
              </w:rPr>
              <mc:AlternateContent>
                <mc:Choice Requires="wps">
                  <w:drawing>
                    <wp:anchor distT="0" distB="0" distL="114300" distR="114300" simplePos="0" relativeHeight="251738112" behindDoc="0" locked="0" layoutInCell="1" allowOverlap="1" wp14:anchorId="68E024D9" wp14:editId="61AC2638">
                      <wp:simplePos x="0" y="0"/>
                      <wp:positionH relativeFrom="column">
                        <wp:posOffset>-78105</wp:posOffset>
                      </wp:positionH>
                      <wp:positionV relativeFrom="paragraph">
                        <wp:posOffset>-14992</wp:posOffset>
                      </wp:positionV>
                      <wp:extent cx="3481705" cy="278296"/>
                      <wp:effectExtent l="0" t="0" r="10795" b="13970"/>
                      <wp:wrapNone/>
                      <wp:docPr id="133555808" name="Text Box 5"/>
                      <wp:cNvGraphicFramePr/>
                      <a:graphic xmlns:a="http://schemas.openxmlformats.org/drawingml/2006/main">
                        <a:graphicData uri="http://schemas.microsoft.com/office/word/2010/wordprocessingShape">
                          <wps:wsp>
                            <wps:cNvSpPr txBox="1"/>
                            <wps:spPr>
                              <a:xfrm>
                                <a:off x="0" y="0"/>
                                <a:ext cx="3481705" cy="278296"/>
                              </a:xfrm>
                              <a:prstGeom prst="rect">
                                <a:avLst/>
                              </a:prstGeom>
                              <a:solidFill>
                                <a:schemeClr val="lt1"/>
                              </a:solidFill>
                              <a:ln w="6350">
                                <a:solidFill>
                                  <a:prstClr val="black"/>
                                </a:solidFill>
                              </a:ln>
                            </wps:spPr>
                            <wps:txbx>
                              <w:txbxContent>
                                <w:p w14:paraId="6B9A3036" w14:textId="77777777" w:rsidR="00812390" w:rsidRDefault="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E024D9" id="Text Box 5" o:spid="_x0000_s1039" type="#_x0000_t202" style="position:absolute;margin-left:-6.15pt;margin-top:-1.2pt;width:274.15pt;height:21.9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" fillcolor="white [3201]" strokeweight=".5pt">
                      <v:textbox>
                        <w:txbxContent>
                          <w:p w14:paraId="6B9A3036" w14:textId="77777777" w:rsidR="00812390" w:rsidRDefault="00812390"/>
                        </w:txbxContent>
                      </v:textbox>
                    </v:shape>
                  </w:pict>
                </mc:Fallback>
              </mc:AlternateContent>
            </w:r>
          </w:p>
        </w:tc>
      </w:tr>
    </w:tbl>
    <w:p w14:paraId="72450912" w14:textId="77777777" w:rsidR="001027F3" w:rsidRDefault="00000000">
      <w:pPr>
        <w:pBdr>
          <w:bottom w:val="single" w:sz="8" w:space="0" w:color="CC0000"/>
        </w:pBdr>
      </w:pPr>
      <w:r>
        <w:rPr>
          <w:b/>
          <w:color w:val="B40000"/>
          <w:sz w:val="32"/>
        </w:rPr>
        <w:t>TERMS AND CONDITIONS</w:t>
      </w:r>
    </w:p>
    <w:p w14:paraId="5D79E54F" w14:textId="1C3BF7EB" w:rsidR="001027F3" w:rsidRDefault="00000000">
      <w:pPr>
        <w:pStyle w:val="ListNumber"/>
      </w:pPr>
      <w:r>
        <w:t>A $200.00 non-refundable security deposit is required when booking your event. This deposit is deducted from your total event cost and will show in your invoice statement. In consideration of the payment by the Purchaser as well as the various promises and the agreements set forth below, the Parties agree and intend to be legally bound as follows</w:t>
      </w:r>
      <w:r w:rsidR="00737FFC">
        <w:t>.</w:t>
      </w:r>
    </w:p>
    <w:p w14:paraId="556A5D58" w14:textId="77777777" w:rsidR="00737FFC" w:rsidRDefault="00737FFC" w:rsidP="00737FFC">
      <w:pPr>
        <w:pStyle w:val="ListNumber"/>
        <w:numPr>
          <w:ilvl w:val="0"/>
          <w:numId w:val="0"/>
        </w:numPr>
      </w:pPr>
    </w:p>
    <w:p w14:paraId="285EE596" w14:textId="77777777" w:rsidR="001027F3" w:rsidRDefault="00000000">
      <w:pPr>
        <w:pStyle w:val="ListNumber"/>
      </w:pPr>
      <w:r>
        <w:t>MITDJ Photobooths, LLC shall provide your hours of service as placed in the contract at the location given on the contract.</w:t>
      </w:r>
    </w:p>
    <w:p w14:paraId="21BF36A0" w14:textId="77777777" w:rsidR="00737FFC" w:rsidRDefault="00737FFC" w:rsidP="00737FFC">
      <w:pPr>
        <w:pStyle w:val="ListNumber"/>
        <w:numPr>
          <w:ilvl w:val="0"/>
          <w:numId w:val="0"/>
        </w:numPr>
      </w:pPr>
    </w:p>
    <w:p w14:paraId="5B9A75D2" w14:textId="77777777" w:rsidR="001027F3" w:rsidRDefault="00000000">
      <w:pPr>
        <w:pStyle w:val="ListNumber"/>
      </w:pPr>
      <w:r>
        <w:t>MITDJ Photobooths, LLC shall be provided and accepted on the following date and time of the engagement as given on the contract.</w:t>
      </w:r>
    </w:p>
    <w:p w14:paraId="0BECE26E" w14:textId="77777777" w:rsidR="00737FFC" w:rsidRDefault="00737FFC" w:rsidP="00737FFC">
      <w:pPr>
        <w:pStyle w:val="ListNumber"/>
        <w:numPr>
          <w:ilvl w:val="0"/>
          <w:numId w:val="0"/>
        </w:numPr>
      </w:pPr>
    </w:p>
    <w:p w14:paraId="4FA6DA52" w14:textId="77777777" w:rsidR="001027F3" w:rsidRDefault="00000000">
      <w:pPr>
        <w:pStyle w:val="ListNumber"/>
      </w:pPr>
      <w:r>
        <w:t>MITDJ Photobooths, LLC shall, at all times, have unmitigated control of its Photobooth Services.</w:t>
      </w:r>
    </w:p>
    <w:p w14:paraId="73AAF483" w14:textId="77777777" w:rsidR="00737FFC" w:rsidRDefault="00737FFC" w:rsidP="00737FFC">
      <w:pPr>
        <w:pStyle w:val="ListNumber"/>
        <w:numPr>
          <w:ilvl w:val="0"/>
          <w:numId w:val="0"/>
        </w:numPr>
      </w:pPr>
    </w:p>
    <w:p w14:paraId="4F125E3F" w14:textId="77777777" w:rsidR="001027F3" w:rsidRDefault="00000000">
      <w:pPr>
        <w:pStyle w:val="ListNumber"/>
      </w:pPr>
      <w:r>
        <w:t>In the event that additional hours of Photobooth Services are requested after the finish time this agreement is executed, and MITDJ Photobooths, LLC accepts said request, additional Photobooth Services will be charged at the rate of $250.00 per hour, payable the day of the engagement. The parties understand and agree that it may not always be possible to provide additional performance time; MITDJ Photobooths, LLC is under no obligation to accept an offer to purchase additional hours of Photobooth Services.</w:t>
      </w:r>
    </w:p>
    <w:p w14:paraId="4907C4A1" w14:textId="77777777" w:rsidR="00737FFC" w:rsidRDefault="00737FFC" w:rsidP="00737FFC">
      <w:pPr>
        <w:pStyle w:val="ListNumber"/>
        <w:numPr>
          <w:ilvl w:val="0"/>
          <w:numId w:val="0"/>
        </w:numPr>
      </w:pPr>
    </w:p>
    <w:p w14:paraId="1BA484DA" w14:textId="77777777" w:rsidR="00EF463D" w:rsidRDefault="00EF463D" w:rsidP="00737FFC">
      <w:pPr>
        <w:pStyle w:val="ListNumber"/>
        <w:numPr>
          <w:ilvl w:val="0"/>
          <w:numId w:val="0"/>
        </w:numPr>
      </w:pPr>
    </w:p>
    <w:p w14:paraId="5DE54377" w14:textId="159F9AE2" w:rsidR="00737FFC" w:rsidRDefault="00737FFC" w:rsidP="00737FFC">
      <w:pPr>
        <w:pBdr>
          <w:bottom w:val="single" w:sz="8" w:space="0" w:color="CC0000"/>
        </w:pBdr>
      </w:pPr>
      <w:r>
        <w:rPr>
          <w:b/>
          <w:color w:val="B40000"/>
          <w:sz w:val="32"/>
        </w:rPr>
        <w:t xml:space="preserve">ADDITIONAL </w:t>
      </w:r>
      <w:r>
        <w:rPr>
          <w:b/>
          <w:color w:val="B40000"/>
          <w:sz w:val="32"/>
        </w:rPr>
        <w:t>TERMS AND CONDITIONS</w:t>
      </w:r>
    </w:p>
    <w:p w14:paraId="1865D906" w14:textId="77777777" w:rsidR="001D55C2" w:rsidRDefault="001D55C2" w:rsidP="001D55C2">
      <w:pPr>
        <w:pStyle w:val="ListBullet"/>
      </w:pPr>
      <w:r>
        <w:rPr>
          <w:sz w:val="21"/>
        </w:rPr>
        <w:t>The agreement of the photobooth to perform is subject to proven detention by accidents, transportation issues, riots, strikes, epidemics, pandemics, any random acts of God, or any other legitimate conditions beyond their control. If such circumstances arise, all reasonable efforts will be made by MITDJ Photobooths, LLC to make it to the event or find a photobooth replacement at the agreed upon fees. Should MITDJ Photobooths, LLC be unable to procure a replacement, Purchaser shall receive a full refund.</w:t>
      </w:r>
    </w:p>
    <w:p w14:paraId="16437075" w14:textId="77777777" w:rsidR="001D55C2" w:rsidRDefault="001D55C2" w:rsidP="001D55C2">
      <w:pPr>
        <w:pStyle w:val="ListBullet"/>
      </w:pPr>
      <w:r>
        <w:rPr>
          <w:sz w:val="21"/>
        </w:rPr>
        <w:t>The Purchaser(s) and photobooth servicer agree that this contract is not subject to cancellation unless both parties have agreed to such cancellation in writing. In the event of cancellation by the Purchaser(s) within 60 days of the event date, the Purchaser(s) shall pay $300.00 as liquidated damages plus reasonable attorney's fees. If cancelled within 30 days, the total agreed amount shall be due and the security deposit forfeited.</w:t>
      </w:r>
    </w:p>
    <w:p w14:paraId="343DF19A" w14:textId="77777777" w:rsidR="001D55C2" w:rsidRDefault="001D55C2" w:rsidP="001D55C2">
      <w:pPr>
        <w:pStyle w:val="ListBullet"/>
      </w:pPr>
      <w:r>
        <w:rPr>
          <w:sz w:val="21"/>
        </w:rPr>
        <w:t>It is understood that if this is a 'Rain or Shine' event, MITDJ Photobooths, LLC compensation is not affected by inclement weather. Outdoor performances require overhead shelter. Safety is paramount and services may be stopped if conditions become dangerous.</w:t>
      </w:r>
    </w:p>
    <w:p w14:paraId="476A6428" w14:textId="77777777" w:rsidR="001D55C2" w:rsidRDefault="001D55C2" w:rsidP="001D55C2">
      <w:pPr>
        <w:pStyle w:val="ListBullet"/>
      </w:pPr>
      <w:r>
        <w:rPr>
          <w:sz w:val="21"/>
        </w:rPr>
        <w:t>Purchaser(s) agree that MITDJ Photobooths, LLC liability shall not exceed the photobooth fees and shall not be liable for indirect or consequential damages.</w:t>
      </w:r>
    </w:p>
    <w:p w14:paraId="579129BF" w14:textId="77777777" w:rsidR="001D55C2" w:rsidRDefault="001D55C2" w:rsidP="001D55C2">
      <w:pPr>
        <w:pStyle w:val="ListBullet"/>
      </w:pPr>
      <w:r>
        <w:rPr>
          <w:sz w:val="21"/>
        </w:rPr>
        <w:t>In the event of circumstances presenting a threat or implied threat of injury or harm, MITDJ Photobooths, LLC reserves the right to cease operation until the situation is resolved. Purchaser is responsible for payment in full and for damages caused by guests or attendees.</w:t>
      </w:r>
    </w:p>
    <w:p w14:paraId="76FB6EB5" w14:textId="77777777" w:rsidR="001D55C2" w:rsidRDefault="001D55C2" w:rsidP="001D55C2">
      <w:pPr>
        <w:pStyle w:val="ListBullet"/>
      </w:pPr>
      <w:r>
        <w:rPr>
          <w:sz w:val="21"/>
        </w:rPr>
        <w:t>In the event of non-payment, MITDJ Photobooths, LLC retains the right to attempt collection through the courts. Purchaser agrees to be responsible for all court costs, legal fees and collection costs.</w:t>
      </w:r>
    </w:p>
    <w:p w14:paraId="26D30C4B" w14:textId="77777777" w:rsidR="001D55C2" w:rsidRDefault="001D55C2" w:rsidP="001D55C2">
      <w:pPr>
        <w:pStyle w:val="ListBullet"/>
      </w:pPr>
      <w:r>
        <w:rPr>
          <w:sz w:val="21"/>
        </w:rPr>
        <w:t>By executing this contract, the Purchaser accepts full responsibility and liability under these terms. Michigan law governs this agreement and venue shall be Kent County.</w:t>
      </w:r>
    </w:p>
    <w:p w14:paraId="098B5A83" w14:textId="77777777" w:rsidR="001D55C2" w:rsidRDefault="001D55C2" w:rsidP="001D55C2">
      <w:pPr>
        <w:pStyle w:val="ListBullet"/>
      </w:pPr>
      <w:r>
        <w:rPr>
          <w:sz w:val="21"/>
        </w:rPr>
        <w:t>Purchaser(s) agree to indemnify and hold harmless MITDJ Photobooths, LLC from claims, damages, losses and expenses arising from photobooth operation.</w:t>
      </w:r>
    </w:p>
    <w:p w14:paraId="421C0F15" w14:textId="77777777" w:rsidR="001D55C2" w:rsidRDefault="001D55C2" w:rsidP="001D55C2">
      <w:pPr>
        <w:pStyle w:val="ListBullet"/>
      </w:pPr>
      <w:r>
        <w:rPr>
          <w:sz w:val="21"/>
        </w:rPr>
        <w:t>The parties acknowledge they have read and understand this agreement and agree to abide by its terms.</w:t>
      </w:r>
    </w:p>
    <w:p w14:paraId="51F10CA4" w14:textId="77777777" w:rsidR="001D55C2" w:rsidRDefault="001D55C2" w:rsidP="001D55C2">
      <w:pPr>
        <w:pBdr>
          <w:bottom w:val="single" w:sz="8" w:space="0" w:color="CC0000"/>
        </w:pBdr>
        <w:rPr>
          <w:b/>
          <w:color w:val="B40000"/>
          <w:sz w:val="32"/>
          <w:szCs w:val="32"/>
        </w:rPr>
      </w:pPr>
    </w:p>
    <w:p w14:paraId="497B7B02" w14:textId="04F8A57B" w:rsidR="001D55C2" w:rsidRPr="001D55C2" w:rsidRDefault="001D55C2" w:rsidP="001D55C2">
      <w:pPr>
        <w:pBdr>
          <w:bottom w:val="single" w:sz="8" w:space="0" w:color="CC0000"/>
        </w:pBdr>
        <w:rPr>
          <w:sz w:val="32"/>
          <w:szCs w:val="32"/>
        </w:rPr>
      </w:pPr>
      <w:r w:rsidRPr="001D55C2">
        <w:rPr>
          <w:b/>
          <w:color w:val="B40000"/>
          <w:sz w:val="32"/>
          <w:szCs w:val="32"/>
        </w:rPr>
        <w:t>BY TYPING</w:t>
      </w:r>
      <w:r>
        <w:rPr>
          <w:b/>
          <w:color w:val="B40000"/>
          <w:sz w:val="32"/>
          <w:szCs w:val="32"/>
        </w:rPr>
        <w:t xml:space="preserve">, </w:t>
      </w:r>
      <w:r w:rsidRPr="001D55C2">
        <w:rPr>
          <w:b/>
          <w:color w:val="B40000"/>
          <w:sz w:val="32"/>
          <w:szCs w:val="32"/>
        </w:rPr>
        <w:t>YOU ARE SIGNING</w:t>
      </w:r>
    </w:p>
    <w:tbl>
      <w:tblPr>
        <w:tblW w:w="11160" w:type="dxa"/>
        <w:tblLook w:val="04A0" w:firstRow="1" w:lastRow="0" w:firstColumn="1" w:lastColumn="0" w:noHBand="0" w:noVBand="1"/>
      </w:tblPr>
      <w:tblGrid>
        <w:gridCol w:w="3060"/>
        <w:gridCol w:w="2700"/>
        <w:gridCol w:w="2700"/>
        <w:gridCol w:w="2700"/>
      </w:tblGrid>
      <w:tr w:rsidR="001D55C2" w14:paraId="0FCED970" w14:textId="77777777" w:rsidTr="001D55C2">
        <w:tc>
          <w:tcPr>
            <w:tcW w:w="3060" w:type="dxa"/>
          </w:tcPr>
          <w:p w14:paraId="7C9F3C1E" w14:textId="77777777" w:rsidR="001D55C2" w:rsidRDefault="001D55C2" w:rsidP="004B2934"/>
          <w:p w14:paraId="212AE886" w14:textId="7BBF8005" w:rsidR="001D55C2" w:rsidRDefault="001D55C2" w:rsidP="004B2934">
            <w:r>
              <w:t>Agreed:</w:t>
            </w:r>
          </w:p>
        </w:tc>
        <w:tc>
          <w:tcPr>
            <w:tcW w:w="2700" w:type="dxa"/>
          </w:tcPr>
          <w:p w14:paraId="06272CA2" w14:textId="54C7A50A" w:rsidR="001D55C2" w:rsidRDefault="001D55C2" w:rsidP="004B2934">
            <w:r>
              <w:rPr>
                <w:b/>
                <w:noProof/>
                <w:color w:val="B40000"/>
                <w:sz w:val="32"/>
                <w:szCs w:val="32"/>
              </w:rPr>
              <mc:AlternateContent>
                <mc:Choice Requires="wps">
                  <w:drawing>
                    <wp:anchor distT="0" distB="0" distL="114300" distR="114300" simplePos="0" relativeHeight="251749376" behindDoc="0" locked="0" layoutInCell="1" allowOverlap="1" wp14:anchorId="7432E55E" wp14:editId="46534E89">
                      <wp:simplePos x="0" y="0"/>
                      <wp:positionH relativeFrom="column">
                        <wp:posOffset>-1437640</wp:posOffset>
                      </wp:positionH>
                      <wp:positionV relativeFrom="paragraph">
                        <wp:posOffset>251460</wp:posOffset>
                      </wp:positionV>
                      <wp:extent cx="2877820" cy="325755"/>
                      <wp:effectExtent l="0" t="0" r="17780" b="17145"/>
                      <wp:wrapNone/>
                      <wp:docPr id="1256059598" name="Text Box 10"/>
                      <wp:cNvGraphicFramePr/>
                      <a:graphic xmlns:a="http://schemas.openxmlformats.org/drawingml/2006/main">
                        <a:graphicData uri="http://schemas.microsoft.com/office/word/2010/wordprocessingShape">
                          <wps:wsp>
                            <wps:cNvSpPr txBox="1"/>
                            <wps:spPr>
                              <a:xfrm>
                                <a:off x="0" y="0"/>
                                <a:ext cx="2877820" cy="325755"/>
                              </a:xfrm>
                              <a:prstGeom prst="rect">
                                <a:avLst/>
                              </a:prstGeom>
                              <a:solidFill>
                                <a:schemeClr val="lt1"/>
                              </a:solidFill>
                              <a:ln w="6350">
                                <a:solidFill>
                                  <a:prstClr val="black"/>
                                </a:solidFill>
                              </a:ln>
                            </wps:spPr>
                            <wps:txbx>
                              <w:txbxContent>
                                <w:p w14:paraId="20822341" w14:textId="77777777" w:rsidR="001D55C2" w:rsidRDefault="001D55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32E55E" id="Text Box 10" o:spid="_x0000_s1040" type="#_x0000_t202" style="position:absolute;margin-left:-113.2pt;margin-top:19.8pt;width:226.6pt;height:25.6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" fillcolor="white [3201]" strokeweight=".5pt">
                      <v:textbox>
                        <w:txbxContent>
                          <w:p w14:paraId="20822341" w14:textId="77777777" w:rsidR="001D55C2" w:rsidRDefault="001D55C2"/>
                        </w:txbxContent>
                      </v:textbox>
                    </v:shape>
                  </w:pict>
                </mc:Fallback>
              </mc:AlternateContent>
            </w:r>
            <w:r>
              <w:rPr>
                <w:b/>
                <w:noProof/>
                <w:color w:val="B40000"/>
                <w:sz w:val="32"/>
                <w:szCs w:val="32"/>
              </w:rPr>
              <mc:AlternateContent>
                <mc:Choice Requires="wps">
                  <w:drawing>
                    <wp:anchor distT="0" distB="0" distL="114300" distR="114300" simplePos="0" relativeHeight="251752448" behindDoc="0" locked="0" layoutInCell="1" allowOverlap="1" wp14:anchorId="33F38C83" wp14:editId="46C641B2">
                      <wp:simplePos x="0" y="0"/>
                      <wp:positionH relativeFrom="column">
                        <wp:posOffset>2054225</wp:posOffset>
                      </wp:positionH>
                      <wp:positionV relativeFrom="paragraph">
                        <wp:posOffset>252730</wp:posOffset>
                      </wp:positionV>
                      <wp:extent cx="2877820" cy="326004"/>
                      <wp:effectExtent l="0" t="0" r="17780" b="17145"/>
                      <wp:wrapNone/>
                      <wp:docPr id="1845703391" name="Text Box 10"/>
                      <wp:cNvGraphicFramePr/>
                      <a:graphic xmlns:a="http://schemas.openxmlformats.org/drawingml/2006/main">
                        <a:graphicData uri="http://schemas.microsoft.com/office/word/2010/wordprocessingShape">
                          <wps:wsp>
                            <wps:cNvSpPr txBox="1"/>
                            <wps:spPr>
                              <a:xfrm>
                                <a:off x="0" y="0"/>
                                <a:ext cx="2877820" cy="326004"/>
                              </a:xfrm>
                              <a:prstGeom prst="rect">
                                <a:avLst/>
                              </a:prstGeom>
                              <a:solidFill>
                                <a:schemeClr val="lt1"/>
                              </a:solidFill>
                              <a:ln w="6350">
                                <a:solidFill>
                                  <a:prstClr val="black"/>
                                </a:solidFill>
                              </a:ln>
                            </wps:spPr>
                            <wps:txbx>
                              <w:txbxContent>
                                <w:p w14:paraId="15DE1BDA" w14:textId="77777777" w:rsidR="001D55C2" w:rsidRDefault="001D55C2" w:rsidP="001D55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F38C83" id="_x0000_s1041" type="#_x0000_t202" style="position:absolute;margin-left:161.75pt;margin-top:19.9pt;width:226.6pt;height:25.65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" fillcolor="white [3201]" strokeweight=".5pt">
                      <v:textbox>
                        <w:txbxContent>
                          <w:p w14:paraId="15DE1BDA" w14:textId="77777777" w:rsidR="001D55C2" w:rsidRDefault="001D55C2" w:rsidP="001D55C2"/>
                        </w:txbxContent>
                      </v:textbox>
                    </v:shape>
                  </w:pict>
                </mc:Fallback>
              </mc:AlternateContent>
            </w:r>
            <w:r>
              <w:t xml:space="preserve">                                        </w:t>
            </w:r>
            <w:r>
              <w:t xml:space="preserve">                 </w:t>
            </w:r>
          </w:p>
        </w:tc>
        <w:tc>
          <w:tcPr>
            <w:tcW w:w="2700" w:type="dxa"/>
          </w:tcPr>
          <w:p w14:paraId="2141AE7A" w14:textId="77777777" w:rsidR="001D55C2" w:rsidRDefault="001D55C2" w:rsidP="004B2934"/>
          <w:p w14:paraId="27E7EF10" w14:textId="443ADD1E" w:rsidR="001D55C2" w:rsidRDefault="001D55C2" w:rsidP="004B2934">
            <w:r>
              <w:t>Date:</w:t>
            </w:r>
          </w:p>
        </w:tc>
        <w:tc>
          <w:tcPr>
            <w:tcW w:w="2700" w:type="dxa"/>
          </w:tcPr>
          <w:p w14:paraId="07CAF2BC" w14:textId="77777777" w:rsidR="001D55C2" w:rsidRDefault="001D55C2" w:rsidP="004B2934">
            <w:r>
              <w:t xml:space="preserve">                    </w:t>
            </w:r>
          </w:p>
        </w:tc>
      </w:tr>
      <w:tr w:rsidR="001D55C2" w14:paraId="620AC8C1" w14:textId="77777777" w:rsidTr="001D55C2">
        <w:tc>
          <w:tcPr>
            <w:tcW w:w="3060" w:type="dxa"/>
          </w:tcPr>
          <w:p w14:paraId="3A0F66D8" w14:textId="3DA094B0" w:rsidR="001D55C2" w:rsidRDefault="001D55C2" w:rsidP="004B2934">
            <w:r>
              <w:rPr>
                <w:noProof/>
              </w:rPr>
              <mc:AlternateContent>
                <mc:Choice Requires="wps">
                  <w:drawing>
                    <wp:anchor distT="0" distB="0" distL="114300" distR="114300" simplePos="0" relativeHeight="251750400" behindDoc="0" locked="0" layoutInCell="1" allowOverlap="1" wp14:anchorId="4BF25418" wp14:editId="5629BB03">
                      <wp:simplePos x="0" y="0"/>
                      <wp:positionH relativeFrom="column">
                        <wp:posOffset>505902</wp:posOffset>
                      </wp:positionH>
                      <wp:positionV relativeFrom="paragraph">
                        <wp:posOffset>239920</wp:posOffset>
                      </wp:positionV>
                      <wp:extent cx="2878372" cy="310100"/>
                      <wp:effectExtent l="0" t="0" r="17780" b="7620"/>
                      <wp:wrapNone/>
                      <wp:docPr id="804090934" name="Text Box 11"/>
                      <wp:cNvGraphicFramePr/>
                      <a:graphic xmlns:a="http://schemas.openxmlformats.org/drawingml/2006/main">
                        <a:graphicData uri="http://schemas.microsoft.com/office/word/2010/wordprocessingShape">
                          <wps:wsp>
                            <wps:cNvSpPr txBox="1"/>
                            <wps:spPr>
                              <a:xfrm>
                                <a:off x="0" y="0"/>
                                <a:ext cx="2878372" cy="310100"/>
                              </a:xfrm>
                              <a:prstGeom prst="rect">
                                <a:avLst/>
                              </a:prstGeom>
                              <a:solidFill>
                                <a:schemeClr val="lt1"/>
                              </a:solidFill>
                              <a:ln w="6350">
                                <a:solidFill>
                                  <a:prstClr val="black"/>
                                </a:solidFill>
                              </a:ln>
                            </wps:spPr>
                            <wps:txbx>
                              <w:txbxContent>
                                <w:p w14:paraId="0CB60B07" w14:textId="77777777" w:rsidR="001D55C2" w:rsidRDefault="001D55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F25418" id="Text Box 11" o:spid="_x0000_s1042" type="#_x0000_t202" style="position:absolute;margin-left:39.85pt;margin-top:18.9pt;width:226.65pt;height:24.4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" fillcolor="white [3201]" strokeweight=".5pt">
                      <v:textbox>
                        <w:txbxContent>
                          <w:p w14:paraId="0CB60B07" w14:textId="77777777" w:rsidR="001D55C2" w:rsidRDefault="001D55C2"/>
                        </w:txbxContent>
                      </v:textbox>
                    </v:shape>
                  </w:pict>
                </mc:Fallback>
              </mc:AlternateContent>
            </w:r>
            <w:r>
              <w:t xml:space="preserve">                  Client Name</w:t>
            </w:r>
          </w:p>
          <w:p w14:paraId="456D2FE1" w14:textId="77777777" w:rsidR="001D55C2" w:rsidRDefault="001D55C2" w:rsidP="004B2934">
            <w:r>
              <w:t>Agreed:</w:t>
            </w:r>
            <w:r>
              <w:t xml:space="preserve">    </w:t>
            </w:r>
          </w:p>
          <w:p w14:paraId="0D784793" w14:textId="5D45DC60" w:rsidR="001D55C2" w:rsidRDefault="001D55C2" w:rsidP="001D55C2">
            <w:pPr>
              <w:ind w:right="-1098"/>
            </w:pPr>
            <w:r>
              <w:t xml:space="preserve">                  MITDJ Photobooth Name</w:t>
            </w:r>
          </w:p>
        </w:tc>
        <w:tc>
          <w:tcPr>
            <w:tcW w:w="2700" w:type="dxa"/>
          </w:tcPr>
          <w:p w14:paraId="3DD98647" w14:textId="77777777" w:rsidR="001D55C2" w:rsidRDefault="001D55C2" w:rsidP="004B2934">
            <w:r>
              <w:t xml:space="preserve">                                        </w:t>
            </w:r>
          </w:p>
          <w:p w14:paraId="121EAA14" w14:textId="77777777" w:rsidR="001D55C2" w:rsidRDefault="001D55C2" w:rsidP="004B2934"/>
          <w:p w14:paraId="5A5E9A7B" w14:textId="77777777" w:rsidR="001D55C2" w:rsidRDefault="001D55C2" w:rsidP="004B2934"/>
        </w:tc>
        <w:tc>
          <w:tcPr>
            <w:tcW w:w="2700" w:type="dxa"/>
          </w:tcPr>
          <w:p w14:paraId="76D03AD9" w14:textId="65154330" w:rsidR="001D55C2" w:rsidRDefault="001D55C2" w:rsidP="004B2934">
            <w:r>
              <w:rPr>
                <w:b/>
                <w:noProof/>
                <w:color w:val="B40000"/>
                <w:sz w:val="32"/>
                <w:szCs w:val="32"/>
              </w:rPr>
              <mc:AlternateContent>
                <mc:Choice Requires="wps">
                  <w:drawing>
                    <wp:anchor distT="0" distB="0" distL="114300" distR="114300" simplePos="0" relativeHeight="251754496" behindDoc="0" locked="0" layoutInCell="1" allowOverlap="1" wp14:anchorId="7E9C329B" wp14:editId="671AE6A5">
                      <wp:simplePos x="0" y="0"/>
                      <wp:positionH relativeFrom="column">
                        <wp:posOffset>339780</wp:posOffset>
                      </wp:positionH>
                      <wp:positionV relativeFrom="paragraph">
                        <wp:posOffset>224956</wp:posOffset>
                      </wp:positionV>
                      <wp:extent cx="2877820" cy="326004"/>
                      <wp:effectExtent l="0" t="0" r="17780" b="17145"/>
                      <wp:wrapNone/>
                      <wp:docPr id="563656677" name="Text Box 10"/>
                      <wp:cNvGraphicFramePr/>
                      <a:graphic xmlns:a="http://schemas.openxmlformats.org/drawingml/2006/main">
                        <a:graphicData uri="http://schemas.microsoft.com/office/word/2010/wordprocessingShape">
                          <wps:wsp>
                            <wps:cNvSpPr txBox="1"/>
                            <wps:spPr>
                              <a:xfrm>
                                <a:off x="0" y="0"/>
                                <a:ext cx="2877820" cy="326004"/>
                              </a:xfrm>
                              <a:prstGeom prst="rect">
                                <a:avLst/>
                              </a:prstGeom>
                              <a:solidFill>
                                <a:schemeClr val="lt1"/>
                              </a:solidFill>
                              <a:ln w="6350">
                                <a:solidFill>
                                  <a:prstClr val="black"/>
                                </a:solidFill>
                              </a:ln>
                            </wps:spPr>
                            <wps:txbx>
                              <w:txbxContent>
                                <w:p w14:paraId="3D33D824" w14:textId="77777777" w:rsidR="001D55C2" w:rsidRDefault="001D55C2" w:rsidP="001D55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9C329B" id="_x0000_s1043" type="#_x0000_t202" style="position:absolute;margin-left:26.75pt;margin-top:17.7pt;width:226.6pt;height:25.6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" fillcolor="white [3201]" strokeweight=".5pt">
                      <v:textbox>
                        <w:txbxContent>
                          <w:p w14:paraId="3D33D824" w14:textId="77777777" w:rsidR="001D55C2" w:rsidRDefault="001D55C2" w:rsidP="001D55C2"/>
                        </w:txbxContent>
                      </v:textbox>
                    </v:shape>
                  </w:pict>
                </mc:Fallback>
              </mc:AlternateContent>
            </w:r>
          </w:p>
          <w:p w14:paraId="7A5956D8" w14:textId="3D6F6DB3" w:rsidR="001D55C2" w:rsidRDefault="001D55C2" w:rsidP="004B2934">
            <w:r>
              <w:t>Date:</w:t>
            </w:r>
          </w:p>
        </w:tc>
        <w:tc>
          <w:tcPr>
            <w:tcW w:w="2700" w:type="dxa"/>
          </w:tcPr>
          <w:p w14:paraId="50658777" w14:textId="77777777" w:rsidR="001D55C2" w:rsidRDefault="001D55C2" w:rsidP="004B2934">
            <w:r>
              <w:t xml:space="preserve">                    </w:t>
            </w:r>
          </w:p>
        </w:tc>
      </w:tr>
    </w:tbl>
    <w:p w14:paraId="428E0868" w14:textId="77777777" w:rsidR="00737FFC" w:rsidRDefault="00737FFC" w:rsidP="00737FFC">
      <w:pPr>
        <w:pStyle w:val="ListNumber"/>
        <w:numPr>
          <w:ilvl w:val="0"/>
          <w:numId w:val="0"/>
        </w:numPr>
        <w:ind w:left="360" w:hanging="360"/>
      </w:pPr>
    </w:p>
    <w:sectPr w:rsidR="00737FFC" w:rsidSect="00265067">
      <w:pgSz w:w="12240" w:h="15840"/>
      <w:pgMar w:top="351" w:right="648" w:bottom="504"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8385488">
    <w:abstractNumId w:val="8"/>
  </w:num>
  <w:num w:numId="2" w16cid:durableId="200485260">
    <w:abstractNumId w:val="6"/>
  </w:num>
  <w:num w:numId="3" w16cid:durableId="375392484">
    <w:abstractNumId w:val="5"/>
  </w:num>
  <w:num w:numId="4" w16cid:durableId="665518770">
    <w:abstractNumId w:val="4"/>
  </w:num>
  <w:num w:numId="5" w16cid:durableId="649557130">
    <w:abstractNumId w:val="7"/>
  </w:num>
  <w:num w:numId="6" w16cid:durableId="2105999859">
    <w:abstractNumId w:val="3"/>
  </w:num>
  <w:num w:numId="7" w16cid:durableId="1013645861">
    <w:abstractNumId w:val="2"/>
  </w:num>
  <w:num w:numId="8" w16cid:durableId="1465007843">
    <w:abstractNumId w:val="1"/>
  </w:num>
  <w:num w:numId="9" w16cid:durableId="17656838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27F3"/>
    <w:rsid w:val="0015074B"/>
    <w:rsid w:val="001D55C2"/>
    <w:rsid w:val="00265067"/>
    <w:rsid w:val="0029639D"/>
    <w:rsid w:val="00326F90"/>
    <w:rsid w:val="00586992"/>
    <w:rsid w:val="00737FFC"/>
    <w:rsid w:val="00812390"/>
    <w:rsid w:val="00AA1D8D"/>
    <w:rsid w:val="00B47730"/>
    <w:rsid w:val="00CB0664"/>
    <w:rsid w:val="00EF463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95854C"/>
  <w14:defaultImageDpi w14:val="300"/>
  <w15:docId w15:val="{E88EE7D8-3753-2248-833F-AF3424BF8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MIT DJ</cp:lastModifiedBy>
  <cp:revision>3</cp:revision>
  <dcterms:created xsi:type="dcterms:W3CDTF">2026-07-03T20:34:00Z</dcterms:created>
  <dcterms:modified xsi:type="dcterms:W3CDTF">2026-07-03T20:40:00Z</dcterms:modified>
  <cp:category/>
</cp:coreProperties>
</file>